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Midlothian Family Chiropractic Center</w:t>
      </w:r>
    </w:p>
    <w:p>
      <w:r>
        <w:t>1500 Huguenot Road, Suite 101, Midlothian, VA 23113</w:t>
        <w:br/>
        <w:t>Phone: 804-608-3045     Fax: 804-767-3565</w:t>
        <w:br/>
        <w:t>Ryan M. Heid, D.C.     Katherine E. Brus, D.C.</w:t>
      </w:r>
    </w:p>
    <w:tbl>
      <w:tblPr>
        <w:tblW w:type="auto" w:w="0"/>
        <w:jc w:val="center"/>
        <w:tblLook w:firstColumn="1" w:firstRow="1" w:lastColumn="0" w:lastRow="0" w:noHBand="0" w:noVBand="1" w:val="04A0"/>
      </w:tblPr>
      <w:tblGrid>
        <w:gridCol w:w="2628"/>
        <w:gridCol w:w="2628"/>
        <w:gridCol w:w="2628"/>
        <w:gridCol w:w="2628"/>
      </w:tblGrid>
      <w:tr>
        <w:trPr>
          <w:cantSplit/>
        </w:trPr>
        <w:tc>
          <w:tcPr>
            <w:tcW w:type="dxa" w:w="2628"/>
            <w:vAlign w:val="center"/>
            <w:shd w:fill="F2F5F8"/>
          </w:tcPr>
          <w:p>
            <w:pPr>
              <w:spacing w:after="100"/>
            </w:pPr>
            <w:r>
              <w:rPr>
                <w:b/>
                <w:sz w:val="18"/>
              </w:rPr>
              <w:t>Name: First</w:t>
              <w:br/>
            </w:r>
            <w:sdt>
              <w:sdtPr>
                <w:id w:val="101"/>
                <w:tag w:val="field_100"/>
                <w:alias w:val="field 100"/>
                <w:text/>
              </w:sdtPr>
              <w:sdtContent>
                <w:r>
                  <w:rPr>
                    <w:color w:val="002E6E"/>
                    <w:rFonts w:ascii="Arial" w:hAnsi="Arial"/>
                  </w:rPr>
                  <w:t>[Enter text]</w:t>
                </w:r>
              </w:sdtContent>
            </w:sdt>
          </w:p>
        </w:tc>
        <w:tc>
          <w:tcPr>
            <w:tcW w:type="dxa" w:w="2628"/>
            <w:vAlign w:val="center"/>
            <w:shd w:fill="F2F5F8"/>
          </w:tcPr>
          <w:p>
            <w:pPr>
              <w:spacing w:after="100"/>
            </w:pPr>
            <w:r>
              <w:rPr>
                <w:b/>
                <w:sz w:val="18"/>
              </w:rPr>
              <w:t>Middle Initial</w:t>
              <w:br/>
            </w:r>
            <w:sdt>
              <w:sdtPr>
                <w:id w:val="103"/>
                <w:tag w:val="field_102"/>
                <w:alias w:val="field 102"/>
                <w:text/>
              </w:sdtPr>
              <w:sdtContent>
                <w:r>
                  <w:rPr>
                    <w:color w:val="002E6E"/>
                    <w:rFonts w:ascii="Arial" w:hAnsi="Arial"/>
                  </w:rPr>
                  <w:t>[Enter text]</w:t>
                </w:r>
              </w:sdtContent>
            </w:sdt>
          </w:p>
        </w:tc>
        <w:tc>
          <w:tcPr>
            <w:tcW w:type="dxa" w:w="2628"/>
            <w:vAlign w:val="center"/>
            <w:shd w:fill="F2F5F8"/>
          </w:tcPr>
          <w:p>
            <w:pPr>
              <w:spacing w:after="100"/>
            </w:pPr>
            <w:r>
              <w:rPr>
                <w:b/>
                <w:sz w:val="18"/>
              </w:rPr>
              <w:t>Last</w:t>
              <w:br/>
            </w:r>
            <w:sdt>
              <w:sdtPr>
                <w:id w:val="105"/>
                <w:tag w:val="field_104"/>
                <w:alias w:val="field 104"/>
                <w:text/>
              </w:sdtPr>
              <w:sdtContent>
                <w:r>
                  <w:rPr>
                    <w:color w:val="002E6E"/>
                    <w:rFonts w:ascii="Arial" w:hAnsi="Arial"/>
                  </w:rPr>
                  <w:t>[Enter text]</w:t>
                </w:r>
              </w:sdtContent>
            </w:sdt>
          </w:p>
        </w:tc>
        <w:tc>
          <w:tcPr>
            <w:tcW w:type="dxa" w:w="2628"/>
            <w:vAlign w:val="center"/>
            <w:shd w:fill="F2F5F8"/>
          </w:tcPr>
          <w:p>
            <w:pPr>
              <w:spacing w:after="100"/>
            </w:pPr>
            <w:r>
              <w:rPr>
                <w:b/>
                <w:sz w:val="18"/>
              </w:rPr>
              <w:t>Preferred/Nickname</w:t>
              <w:br/>
            </w:r>
            <w:sdt>
              <w:sdtPr>
                <w:id w:val="107"/>
                <w:tag w:val="field_106"/>
                <w:alias w:val="field 106"/>
                <w:text/>
              </w:sdtPr>
              <w:sdtContent>
                <w:r>
                  <w:rPr>
                    <w:color w:val="002E6E"/>
                    <w:rFonts w:ascii="Arial" w:hAnsi="Arial"/>
                  </w:rPr>
                  <w:t>[Enter text]</w:t>
                </w:r>
              </w:sdtContent>
            </w:sdt>
          </w:p>
        </w:tc>
      </w:tr>
    </w:tbl>
    <w:p>
      <w:pPr>
        <w:spacing w:after="60" w:line="20" w:lineRule="exact"/>
      </w:pPr>
      <w:r>
        <w:rPr>
          <w:sz w:val="2"/>
        </w:rPr>
      </w:r>
    </w:p>
    <w:p>
      <w:r>
        <w:rPr>
          <w:b/>
        </w:rPr>
        <w:t xml:space="preserve">Address: </w:t>
      </w:r>
      <w:sdt>
        <w:sdtPr>
          <w:id w:val="108"/>
          <w:tag w:val="home_address"/>
          <w:alias w:val="home address"/>
          <w:text/>
        </w:sdtPr>
        <w:sdtContent>
          <w:r>
            <w:rPr>
              <w:color w:val="002E6E"/>
              <w:rFonts w:ascii="Arial" w:hAnsi="Arial"/>
            </w:rPr>
            <w:t>[Click or tap here to enter text]</w:t>
          </w:r>
        </w:sdtContent>
      </w:sdt>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City</w:t>
              <w:br/>
            </w:r>
            <w:sdt>
              <w:sdtPr>
                <w:id w:val="110"/>
                <w:tag w:val="field_109"/>
                <w:alias w:val="field 109"/>
                <w:text/>
              </w:sdtPr>
              <w:sdtContent>
                <w:r>
                  <w:rPr>
                    <w:color w:val="002E6E"/>
                    <w:rFonts w:ascii="Arial" w:hAnsi="Arial"/>
                  </w:rPr>
                  <w:t>[Enter text]</w:t>
                </w:r>
              </w:sdtContent>
            </w:sdt>
          </w:p>
        </w:tc>
        <w:tc>
          <w:tcPr>
            <w:tcW w:type="dxa" w:w="3504"/>
            <w:vAlign w:val="center"/>
            <w:shd w:fill="F2F5F8"/>
          </w:tcPr>
          <w:p>
            <w:pPr>
              <w:spacing w:after="100"/>
            </w:pPr>
            <w:r>
              <w:rPr>
                <w:b/>
                <w:sz w:val="18"/>
              </w:rPr>
              <w:t>State</w:t>
              <w:br/>
            </w:r>
            <w:sdt>
              <w:sdtPr>
                <w:id w:val="112"/>
                <w:tag w:val="field_111"/>
                <w:alias w:val="field 111"/>
                <w:text/>
              </w:sdtPr>
              <w:sdtContent>
                <w:r>
                  <w:rPr>
                    <w:color w:val="002E6E"/>
                    <w:rFonts w:ascii="Arial" w:hAnsi="Arial"/>
                  </w:rPr>
                  <w:t>[Enter text]</w:t>
                </w:r>
              </w:sdtContent>
            </w:sdt>
          </w:p>
        </w:tc>
        <w:tc>
          <w:tcPr>
            <w:tcW w:type="dxa" w:w="3504"/>
            <w:vAlign w:val="center"/>
            <w:shd w:fill="F2F5F8"/>
          </w:tcPr>
          <w:p>
            <w:pPr>
              <w:spacing w:after="100"/>
            </w:pPr>
            <w:r>
              <w:rPr>
                <w:b/>
                <w:sz w:val="18"/>
              </w:rPr>
              <w:t>Zip</w:t>
              <w:br/>
            </w:r>
            <w:sdt>
              <w:sdtPr>
                <w:id w:val="114"/>
                <w:tag w:val="field_113"/>
                <w:alias w:val="field 113"/>
                <w:text/>
              </w:sdtPr>
              <w:sdtContent>
                <w:r>
                  <w:rPr>
                    <w:color w:val="002E6E"/>
                    <w:rFonts w:ascii="Arial" w:hAnsi="Arial"/>
                  </w:rPr>
                  <w:t>[Enter text]</w:t>
                </w:r>
              </w:sdtContent>
            </w:sdt>
          </w:p>
        </w:tc>
      </w:tr>
    </w:tbl>
    <w:p>
      <w:pPr>
        <w:spacing w:after="60" w:line="20" w:lineRule="exact"/>
      </w:pPr>
      <w:r>
        <w:rPr>
          <w:sz w:val="2"/>
        </w:rPr>
      </w:r>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Mobile Phone:</w:t>
              <w:br/>
            </w:r>
            <w:sdt>
              <w:sdtPr>
                <w:id w:val="116"/>
                <w:tag w:val="field_115"/>
                <w:alias w:val="field 115"/>
                <w:text/>
              </w:sdtPr>
              <w:sdtContent>
                <w:r>
                  <w:rPr>
                    <w:color w:val="002E6E"/>
                    <w:rFonts w:ascii="Arial" w:hAnsi="Arial"/>
                  </w:rPr>
                  <w:t>[Enter text]</w:t>
                </w:r>
              </w:sdtContent>
            </w:sdt>
          </w:p>
        </w:tc>
        <w:tc>
          <w:tcPr>
            <w:tcW w:type="dxa" w:w="5256"/>
            <w:vAlign w:val="center"/>
            <w:shd w:fill="F2F5F8"/>
          </w:tcPr>
          <w:p>
            <w:pPr>
              <w:spacing w:after="100"/>
            </w:pPr>
            <w:r>
              <w:rPr>
                <w:b/>
                <w:sz w:val="18"/>
              </w:rPr>
              <w:t>Mobile Phone Carrier:</w:t>
              <w:br/>
            </w:r>
            <w:sdt>
              <w:sdtPr>
                <w:id w:val="118"/>
                <w:tag w:val="field_117"/>
                <w:alias w:val="field 117"/>
                <w:text/>
              </w:sdtPr>
              <w:sdtContent>
                <w:r>
                  <w:rPr>
                    <w:color w:val="002E6E"/>
                    <w:rFonts w:ascii="Arial" w:hAnsi="Arial"/>
                  </w:rPr>
                  <w:t>[Enter text]</w:t>
                </w:r>
              </w:sdtContent>
            </w:sdt>
          </w:p>
        </w:tc>
      </w:tr>
      <w:tr>
        <w:trPr>
          <w:cantSplit/>
        </w:trPr>
        <w:tc>
          <w:tcPr>
            <w:tcW w:type="dxa" w:w="5256"/>
            <w:vAlign w:val="center"/>
            <w:shd w:fill="F2F5F8"/>
          </w:tcPr>
          <w:p>
            <w:pPr>
              <w:spacing w:after="100"/>
            </w:pPr>
            <w:r>
              <w:rPr>
                <w:b/>
                <w:sz w:val="18"/>
              </w:rPr>
              <w:t>Email:</w:t>
              <w:br/>
            </w:r>
            <w:sdt>
              <w:sdtPr>
                <w:id w:val="120"/>
                <w:tag w:val="field_119"/>
                <w:alias w:val="field 119"/>
                <w:text/>
              </w:sdtPr>
              <w:sdtContent>
                <w:r>
                  <w:rPr>
                    <w:color w:val="002E6E"/>
                    <w:rFonts w:ascii="Arial" w:hAnsi="Arial"/>
                  </w:rPr>
                  <w:t>[Enter text]</w:t>
                </w:r>
              </w:sdtContent>
            </w:sdt>
          </w:p>
        </w:tc>
        <w:tc>
          <w:tcPr>
            <w:tcW w:type="dxa" w:w="5256"/>
            <w:vAlign w:val="center"/>
            <w:shd w:fill="F2F5F8"/>
          </w:tcPr>
          <w:p>
            <w:pPr>
              <w:spacing w:after="100"/>
            </w:pPr>
            <w:r>
              <w:rPr>
                <w:b/>
                <w:sz w:val="18"/>
              </w:rPr>
              <w:t>Other Phone:</w:t>
              <w:br/>
            </w:r>
            <w:sdt>
              <w:sdtPr>
                <w:id w:val="122"/>
                <w:tag w:val="field_121"/>
                <w:alias w:val="field 121"/>
                <w:text/>
              </w:sdtPr>
              <w:sdtContent>
                <w:r>
                  <w:rPr>
                    <w:color w:val="002E6E"/>
                    <w:rFonts w:ascii="Arial" w:hAnsi="Arial"/>
                  </w:rPr>
                  <w:t>[Enter text]</w:t>
                </w:r>
              </w:sdtContent>
            </w:sdt>
          </w:p>
        </w:tc>
      </w:tr>
      <w:tr>
        <w:trPr>
          <w:cantSplit/>
        </w:trPr>
        <w:tc>
          <w:tcPr>
            <w:tcW w:type="dxa" w:w="5256"/>
            <w:vAlign w:val="center"/>
            <w:shd w:fill="F2F5F8"/>
          </w:tcPr>
          <w:p>
            <w:pPr>
              <w:spacing w:after="100"/>
            </w:pPr>
            <w:r>
              <w:rPr>
                <w:b/>
                <w:sz w:val="18"/>
              </w:rPr>
              <w:t>SSN#:</w:t>
              <w:br/>
            </w:r>
            <w:sdt>
              <w:sdtPr>
                <w:id w:val="124"/>
                <w:tag w:val="field_123"/>
                <w:alias w:val="field 123"/>
                <w:text/>
              </w:sdtPr>
              <w:sdtContent>
                <w:r>
                  <w:rPr>
                    <w:color w:val="002E6E"/>
                    <w:rFonts w:ascii="Arial" w:hAnsi="Arial"/>
                  </w:rPr>
                  <w:t>[Enter text]</w:t>
                </w:r>
              </w:sdtContent>
            </w:sdt>
          </w:p>
        </w:tc>
        <w:tc>
          <w:tcPr>
            <w:tcW w:type="dxa" w:w="5256"/>
            <w:vAlign w:val="center"/>
            <w:shd w:fill="F2F5F8"/>
          </w:tcPr>
          <w:p>
            <w:pPr>
              <w:spacing w:after="100"/>
            </w:pPr>
            <w:r>
              <w:rPr>
                <w:b/>
                <w:sz w:val="18"/>
              </w:rPr>
              <w:t>Date of Birth:</w:t>
              <w:br/>
            </w:r>
            <w:sdt>
              <w:sdtPr>
                <w:id w:val="126"/>
                <w:tag w:val="field_125"/>
                <w:alias w:val="field 125"/>
                <w:text/>
              </w:sdtPr>
              <w:sdtContent>
                <w:r>
                  <w:rPr>
                    <w:color w:val="002E6E"/>
                    <w:rFonts w:ascii="Arial" w:hAnsi="Arial"/>
                  </w:rPr>
                  <w:t>[Enter text]</w:t>
                </w:r>
              </w:sdtContent>
            </w:sdt>
          </w:p>
        </w:tc>
      </w:tr>
    </w:tbl>
    <w:p>
      <w:pPr>
        <w:spacing w:after="60" w:line="20" w:lineRule="exact"/>
      </w:pPr>
      <w:r>
        <w:rPr>
          <w:sz w:val="2"/>
        </w:rPr>
      </w:r>
    </w:p>
    <w:p>
      <w:r>
        <w:rPr>
          <w:b/>
        </w:rPr>
        <w:t xml:space="preserve">Gender: </w:t>
      </w:r>
      <w:sdt>
        <w:sdtPr>
          <w:id w:val="127"/>
          <w:tag w:val="Gender:_M"/>
          <w:alias w:val="Gender: M"/>
          <w14:checkbox>
            <w14:checked w14:val="0"/>
            <w14:checkedState w14:val="2612" w14:font="MS Gothic"/>
            <w14:uncheckedState w14:val="2610" w14:font="MS Gothic"/>
          </w14:checkbox>
        </w:sdtPr>
        <w:sdtContent>
          <w:r>
            <w:rPr>
              <w:color w:val="002E6E"/>
              <w:rFonts w:ascii="MS Gothic" w:hAnsi="MS Gothic"/>
            </w:rPr>
            <w:t>☐</w:t>
          </w:r>
        </w:sdtContent>
      </w:sdt>
      <w:r>
        <w:t xml:space="preserve"> M </w:t>
      </w:r>
      <w:sdt>
        <w:sdtPr>
          <w:id w:val="128"/>
          <w:tag w:val="Gender:_F"/>
          <w:alias w:val="Gender: F"/>
          <w14:checkbox>
            <w14:checked w14:val="0"/>
            <w14:checkedState w14:val="2612" w14:font="MS Gothic"/>
            <w14:uncheckedState w14:val="2610" w14:font="MS Gothic"/>
          </w14:checkbox>
        </w:sdtPr>
        <w:sdtContent>
          <w:r>
            <w:rPr>
              <w:color w:val="002E6E"/>
              <w:rFonts w:ascii="MS Gothic" w:hAnsi="MS Gothic"/>
            </w:rPr>
            <w:t>☐</w:t>
          </w:r>
        </w:sdtContent>
      </w:sdt>
      <w:r>
        <w:t xml:space="preserve"> F </w:t>
      </w:r>
    </w:p>
    <w:p>
      <w:r>
        <w:rPr>
          <w:b/>
        </w:rPr>
        <w:t xml:space="preserve">Are you? </w:t>
      </w:r>
      <w:sdt>
        <w:sdtPr>
          <w:id w:val="129"/>
          <w:tag w:val="Are you?_Single"/>
          <w:alias w:val="Are you? Single"/>
          <w14:checkbox>
            <w14:checked w14:val="0"/>
            <w14:checkedState w14:val="2612" w14:font="MS Gothic"/>
            <w14:uncheckedState w14:val="2610" w14:font="MS Gothic"/>
          </w14:checkbox>
        </w:sdtPr>
        <w:sdtContent>
          <w:r>
            <w:rPr>
              <w:color w:val="002E6E"/>
              <w:rFonts w:ascii="MS Gothic" w:hAnsi="MS Gothic"/>
            </w:rPr>
            <w:t>☐</w:t>
          </w:r>
        </w:sdtContent>
      </w:sdt>
      <w:r>
        <w:t xml:space="preserve"> Single </w:t>
      </w:r>
      <w:sdt>
        <w:sdtPr>
          <w:id w:val="130"/>
          <w:tag w:val="Are you?_Married"/>
          <w:alias w:val="Are you? Married"/>
          <w14:checkbox>
            <w14:checked w14:val="0"/>
            <w14:checkedState w14:val="2612" w14:font="MS Gothic"/>
            <w14:uncheckedState w14:val="2610" w14:font="MS Gothic"/>
          </w14:checkbox>
        </w:sdtPr>
        <w:sdtContent>
          <w:r>
            <w:rPr>
              <w:color w:val="002E6E"/>
              <w:rFonts w:ascii="MS Gothic" w:hAnsi="MS Gothic"/>
            </w:rPr>
            <w:t>☐</w:t>
          </w:r>
        </w:sdtContent>
      </w:sdt>
      <w:r>
        <w:t xml:space="preserve"> Married </w:t>
      </w:r>
      <w:sdt>
        <w:sdtPr>
          <w:id w:val="131"/>
          <w:tag w:val="Are you?_Divorced"/>
          <w:alias w:val="Are you? Divorced"/>
          <w14:checkbox>
            <w14:checked w14:val="0"/>
            <w14:checkedState w14:val="2612" w14:font="MS Gothic"/>
            <w14:uncheckedState w14:val="2610" w14:font="MS Gothic"/>
          </w14:checkbox>
        </w:sdtPr>
        <w:sdtContent>
          <w:r>
            <w:rPr>
              <w:color w:val="002E6E"/>
              <w:rFonts w:ascii="MS Gothic" w:hAnsi="MS Gothic"/>
            </w:rPr>
            <w:t>☐</w:t>
          </w:r>
        </w:sdtContent>
      </w:sdt>
      <w:r>
        <w:t xml:space="preserve"> Divorced </w:t>
      </w:r>
      <w:sdt>
        <w:sdtPr>
          <w:id w:val="132"/>
          <w:tag w:val="Are you?_Other"/>
          <w:alias w:val="Are you? Other"/>
          <w14:checkbox>
            <w14:checked w14:val="0"/>
            <w14:checkedState w14:val="2612" w14:font="MS Gothic"/>
            <w14:uncheckedState w14:val="2610" w14:font="MS Gothic"/>
          </w14:checkbox>
        </w:sdtPr>
        <w:sdtContent>
          <w:r>
            <w:rPr>
              <w:color w:val="002E6E"/>
              <w:rFonts w:ascii="MS Gothic" w:hAnsi="MS Gothic"/>
            </w:rPr>
            <w:t>☐</w:t>
          </w:r>
        </w:sdtContent>
      </w:sdt>
      <w:r>
        <w:t xml:space="preserve"> Other </w:t>
      </w:r>
    </w:p>
    <w:p>
      <w:r>
        <w:rPr>
          <w:b/>
        </w:rPr>
        <w:t xml:space="preserve">Spouse's Name: </w:t>
      </w:r>
      <w:sdt>
        <w:sdtPr>
          <w:id w:val="133"/>
          <w:tag w:val="spouse"/>
          <w:alias w:val="spouse"/>
          <w:text/>
        </w:sdtPr>
        <w:sdtContent>
          <w:r>
            <w:rPr>
              <w:color w:val="002E6E"/>
              <w:rFonts w:ascii="Arial" w:hAnsi="Arial"/>
            </w:rPr>
            <w:t>[Click or tap here to enter text]</w:t>
          </w:r>
        </w:sdtContent>
      </w:sdt>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Employer:</w:t>
              <w:br/>
            </w:r>
            <w:sdt>
              <w:sdtPr>
                <w:id w:val="135"/>
                <w:tag w:val="field_134"/>
                <w:alias w:val="field 134"/>
                <w:text/>
              </w:sdtPr>
              <w:sdtContent>
                <w:r>
                  <w:rPr>
                    <w:color w:val="002E6E"/>
                    <w:rFonts w:ascii="Arial" w:hAnsi="Arial"/>
                  </w:rPr>
                  <w:t>[Enter text]</w:t>
                </w:r>
              </w:sdtContent>
            </w:sdt>
          </w:p>
        </w:tc>
        <w:tc>
          <w:tcPr>
            <w:tcW w:type="dxa" w:w="5256"/>
            <w:vAlign w:val="center"/>
            <w:shd w:fill="F2F5F8"/>
          </w:tcPr>
          <w:p>
            <w:pPr>
              <w:spacing w:after="100"/>
            </w:pPr>
            <w:r>
              <w:rPr>
                <w:b/>
                <w:sz w:val="18"/>
              </w:rPr>
              <w:t>Occupation:</w:t>
              <w:br/>
            </w:r>
            <w:sdt>
              <w:sdtPr>
                <w:id w:val="137"/>
                <w:tag w:val="field_136"/>
                <w:alias w:val="field 136"/>
                <w:text/>
              </w:sdtPr>
              <w:sdtContent>
                <w:r>
                  <w:rPr>
                    <w:color w:val="002E6E"/>
                    <w:rFonts w:ascii="Arial" w:hAnsi="Arial"/>
                  </w:rPr>
                  <w:t>[Enter text]</w:t>
                </w:r>
              </w:sdtContent>
            </w:sdt>
          </w:p>
        </w:tc>
      </w:tr>
    </w:tbl>
    <w:p>
      <w:pPr>
        <w:spacing w:after="60" w:line="20" w:lineRule="exact"/>
      </w:pPr>
      <w:r>
        <w:rPr>
          <w:sz w:val="2"/>
        </w:rPr>
      </w:r>
    </w:p>
    <w:p>
      <w:r>
        <w:rPr>
          <w:b/>
        </w:rPr>
        <w:t xml:space="preserve">Address: </w:t>
      </w:r>
      <w:sdt>
        <w:sdtPr>
          <w:id w:val="138"/>
          <w:tag w:val="employer_address"/>
          <w:alias w:val="employer address"/>
          <w:text/>
        </w:sdtPr>
        <w:sdtContent>
          <w:r>
            <w:rPr>
              <w:color w:val="002E6E"/>
              <w:rFonts w:ascii="Arial" w:hAnsi="Arial"/>
            </w:rPr>
            <w:t>[Click or tap here to enter text]</w:t>
          </w:r>
        </w:sdtContent>
      </w:sdt>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City</w:t>
              <w:br/>
            </w:r>
            <w:sdt>
              <w:sdtPr>
                <w:id w:val="140"/>
                <w:tag w:val="field_139"/>
                <w:alias w:val="field 139"/>
                <w:text/>
              </w:sdtPr>
              <w:sdtContent>
                <w:r>
                  <w:rPr>
                    <w:color w:val="002E6E"/>
                    <w:rFonts w:ascii="Arial" w:hAnsi="Arial"/>
                  </w:rPr>
                  <w:t>[Enter text]</w:t>
                </w:r>
              </w:sdtContent>
            </w:sdt>
          </w:p>
        </w:tc>
        <w:tc>
          <w:tcPr>
            <w:tcW w:type="dxa" w:w="3504"/>
            <w:vAlign w:val="center"/>
            <w:shd w:fill="F2F5F8"/>
          </w:tcPr>
          <w:p>
            <w:pPr>
              <w:spacing w:after="100"/>
            </w:pPr>
            <w:r>
              <w:rPr>
                <w:b/>
                <w:sz w:val="18"/>
              </w:rPr>
              <w:t>State</w:t>
              <w:br/>
            </w:r>
            <w:sdt>
              <w:sdtPr>
                <w:id w:val="142"/>
                <w:tag w:val="field_141"/>
                <w:alias w:val="field 141"/>
                <w:text/>
              </w:sdtPr>
              <w:sdtContent>
                <w:r>
                  <w:rPr>
                    <w:color w:val="002E6E"/>
                    <w:rFonts w:ascii="Arial" w:hAnsi="Arial"/>
                  </w:rPr>
                  <w:t>[Enter text]</w:t>
                </w:r>
              </w:sdtContent>
            </w:sdt>
          </w:p>
        </w:tc>
        <w:tc>
          <w:tcPr>
            <w:tcW w:type="dxa" w:w="3504"/>
            <w:vAlign w:val="center"/>
            <w:shd w:fill="F2F5F8"/>
          </w:tcPr>
          <w:p>
            <w:pPr>
              <w:spacing w:after="100"/>
            </w:pPr>
            <w:r>
              <w:rPr>
                <w:b/>
                <w:sz w:val="18"/>
              </w:rPr>
              <w:t>Zip</w:t>
              <w:br/>
            </w:r>
            <w:sdt>
              <w:sdtPr>
                <w:id w:val="144"/>
                <w:tag w:val="field_143"/>
                <w:alias w:val="field 143"/>
                <w:text/>
              </w:sdtPr>
              <w:sdtContent>
                <w:r>
                  <w:rPr>
                    <w:color w:val="002E6E"/>
                    <w:rFonts w:ascii="Arial" w:hAnsi="Arial"/>
                  </w:rPr>
                  <w:t>[Enter text]</w:t>
                </w:r>
              </w:sdtContent>
            </w:sdt>
          </w:p>
        </w:tc>
      </w:tr>
    </w:tbl>
    <w:p>
      <w:pPr>
        <w:spacing w:after="60" w:line="20" w:lineRule="exact"/>
      </w:pPr>
      <w:r>
        <w:rPr>
          <w:sz w:val="2"/>
        </w:rPr>
      </w:r>
    </w:p>
    <w:p>
      <w:pPr>
        <w:pStyle w:val="Heading1"/>
      </w:pPr>
      <w:r>
        <w:t>Insured Information if other than patient</w:t>
      </w:r>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Name: First</w:t>
              <w:br/>
            </w:r>
            <w:sdt>
              <w:sdtPr>
                <w:id w:val="146"/>
                <w:tag w:val="field_145"/>
                <w:alias w:val="field 145"/>
                <w:text/>
              </w:sdtPr>
              <w:sdtContent>
                <w:r>
                  <w:rPr>
                    <w:color w:val="002E6E"/>
                    <w:rFonts w:ascii="Arial" w:hAnsi="Arial"/>
                  </w:rPr>
                  <w:t>[Enter text]</w:t>
                </w:r>
              </w:sdtContent>
            </w:sdt>
          </w:p>
        </w:tc>
        <w:tc>
          <w:tcPr>
            <w:tcW w:type="dxa" w:w="3504"/>
            <w:vAlign w:val="center"/>
            <w:shd w:fill="F2F5F8"/>
          </w:tcPr>
          <w:p>
            <w:pPr>
              <w:spacing w:after="100"/>
            </w:pPr>
            <w:r>
              <w:rPr>
                <w:b/>
                <w:sz w:val="18"/>
              </w:rPr>
              <w:t>Middle Initial</w:t>
              <w:br/>
            </w:r>
            <w:sdt>
              <w:sdtPr>
                <w:id w:val="148"/>
                <w:tag w:val="field_147"/>
                <w:alias w:val="field 147"/>
                <w:text/>
              </w:sdtPr>
              <w:sdtContent>
                <w:r>
                  <w:rPr>
                    <w:color w:val="002E6E"/>
                    <w:rFonts w:ascii="Arial" w:hAnsi="Arial"/>
                  </w:rPr>
                  <w:t>[Enter text]</w:t>
                </w:r>
              </w:sdtContent>
            </w:sdt>
          </w:p>
        </w:tc>
        <w:tc>
          <w:tcPr>
            <w:tcW w:type="dxa" w:w="3504"/>
            <w:vAlign w:val="center"/>
            <w:shd w:fill="F2F5F8"/>
          </w:tcPr>
          <w:p>
            <w:pPr>
              <w:spacing w:after="100"/>
            </w:pPr>
            <w:r>
              <w:rPr>
                <w:b/>
                <w:sz w:val="18"/>
              </w:rPr>
              <w:t>Last</w:t>
              <w:br/>
            </w:r>
            <w:sdt>
              <w:sdtPr>
                <w:id w:val="150"/>
                <w:tag w:val="field_149"/>
                <w:alias w:val="field 149"/>
                <w:text/>
              </w:sdtPr>
              <w:sdtContent>
                <w:r>
                  <w:rPr>
                    <w:color w:val="002E6E"/>
                    <w:rFonts w:ascii="Arial" w:hAnsi="Arial"/>
                  </w:rPr>
                  <w:t>[Enter text]</w:t>
                </w:r>
              </w:sdtContent>
            </w:sdt>
          </w:p>
        </w:tc>
      </w:tr>
    </w:tbl>
    <w:p>
      <w:pPr>
        <w:spacing w:after="60" w:line="20" w:lineRule="exact"/>
      </w:pPr>
      <w:r>
        <w:rPr>
          <w:sz w:val="2"/>
        </w:rPr>
      </w:r>
    </w:p>
    <w:p>
      <w:r>
        <w:rPr>
          <w:b/>
        </w:rPr>
        <w:t xml:space="preserve">Address: </w:t>
      </w:r>
      <w:sdt>
        <w:sdtPr>
          <w:id w:val="151"/>
          <w:tag w:val="insured_address"/>
          <w:alias w:val="insured address"/>
          <w:text/>
        </w:sdtPr>
        <w:sdtContent>
          <w:r>
            <w:rPr>
              <w:color w:val="002E6E"/>
              <w:rFonts w:ascii="Arial" w:hAnsi="Arial"/>
            </w:rPr>
            <w:t>[Click or tap here to enter text]</w:t>
          </w:r>
        </w:sdtContent>
      </w:sdt>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City</w:t>
              <w:br/>
            </w:r>
            <w:sdt>
              <w:sdtPr>
                <w:id w:val="153"/>
                <w:tag w:val="field_152"/>
                <w:alias w:val="field 152"/>
                <w:text/>
              </w:sdtPr>
              <w:sdtContent>
                <w:r>
                  <w:rPr>
                    <w:color w:val="002E6E"/>
                    <w:rFonts w:ascii="Arial" w:hAnsi="Arial"/>
                  </w:rPr>
                  <w:t>[Enter text]</w:t>
                </w:r>
              </w:sdtContent>
            </w:sdt>
          </w:p>
        </w:tc>
        <w:tc>
          <w:tcPr>
            <w:tcW w:type="dxa" w:w="3504"/>
            <w:vAlign w:val="center"/>
            <w:shd w:fill="F2F5F8"/>
          </w:tcPr>
          <w:p>
            <w:pPr>
              <w:spacing w:after="100"/>
            </w:pPr>
            <w:r>
              <w:rPr>
                <w:b/>
                <w:sz w:val="18"/>
              </w:rPr>
              <w:t>State</w:t>
              <w:br/>
            </w:r>
            <w:sdt>
              <w:sdtPr>
                <w:id w:val="155"/>
                <w:tag w:val="field_154"/>
                <w:alias w:val="field 154"/>
                <w:text/>
              </w:sdtPr>
              <w:sdtContent>
                <w:r>
                  <w:rPr>
                    <w:color w:val="002E6E"/>
                    <w:rFonts w:ascii="Arial" w:hAnsi="Arial"/>
                  </w:rPr>
                  <w:t>[Enter text]</w:t>
                </w:r>
              </w:sdtContent>
            </w:sdt>
          </w:p>
        </w:tc>
        <w:tc>
          <w:tcPr>
            <w:tcW w:type="dxa" w:w="3504"/>
            <w:vAlign w:val="center"/>
            <w:shd w:fill="F2F5F8"/>
          </w:tcPr>
          <w:p>
            <w:pPr>
              <w:spacing w:after="100"/>
            </w:pPr>
            <w:r>
              <w:rPr>
                <w:b/>
                <w:sz w:val="18"/>
              </w:rPr>
              <w:t>Zip</w:t>
              <w:br/>
            </w:r>
            <w:sdt>
              <w:sdtPr>
                <w:id w:val="157"/>
                <w:tag w:val="field_156"/>
                <w:alias w:val="field 156"/>
                <w:text/>
              </w:sdtPr>
              <w:sdtContent>
                <w:r>
                  <w:rPr>
                    <w:color w:val="002E6E"/>
                    <w:rFonts w:ascii="Arial" w:hAnsi="Arial"/>
                  </w:rPr>
                  <w:t>[Enter text]</w:t>
                </w:r>
              </w:sdtContent>
            </w:sdt>
          </w:p>
        </w:tc>
      </w:tr>
    </w:tbl>
    <w:p>
      <w:pPr>
        <w:spacing w:after="60" w:line="20" w:lineRule="exact"/>
      </w:pPr>
      <w:r>
        <w:rPr>
          <w:sz w:val="2"/>
        </w:rPr>
      </w:r>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Home Phone:</w:t>
              <w:br/>
            </w:r>
            <w:sdt>
              <w:sdtPr>
                <w:id w:val="159"/>
                <w:tag w:val="field_158"/>
                <w:alias w:val="field 158"/>
                <w:text/>
              </w:sdtPr>
              <w:sdtContent>
                <w:r>
                  <w:rPr>
                    <w:color w:val="002E6E"/>
                    <w:rFonts w:ascii="Arial" w:hAnsi="Arial"/>
                  </w:rPr>
                  <w:t>[Enter text]</w:t>
                </w:r>
              </w:sdtContent>
            </w:sdt>
          </w:p>
        </w:tc>
        <w:tc>
          <w:tcPr>
            <w:tcW w:type="dxa" w:w="3504"/>
            <w:vAlign w:val="center"/>
            <w:shd w:fill="F2F5F8"/>
          </w:tcPr>
          <w:p>
            <w:pPr>
              <w:spacing w:after="100"/>
            </w:pPr>
            <w:r>
              <w:rPr>
                <w:b/>
                <w:sz w:val="18"/>
              </w:rPr>
              <w:t>Fax:</w:t>
              <w:br/>
            </w:r>
            <w:sdt>
              <w:sdtPr>
                <w:id w:val="161"/>
                <w:tag w:val="field_160"/>
                <w:alias w:val="field 160"/>
                <w:text/>
              </w:sdtPr>
              <w:sdtContent>
                <w:r>
                  <w:rPr>
                    <w:color w:val="002E6E"/>
                    <w:rFonts w:ascii="Arial" w:hAnsi="Arial"/>
                  </w:rPr>
                  <w:t>[Enter text]</w:t>
                </w:r>
              </w:sdtContent>
            </w:sdt>
          </w:p>
        </w:tc>
        <w:tc>
          <w:tcPr>
            <w:tcW w:type="dxa" w:w="3504"/>
            <w:vAlign w:val="center"/>
            <w:shd w:fill="F2F5F8"/>
          </w:tcPr>
          <w:p>
            <w:pPr>
              <w:spacing w:after="100"/>
            </w:pPr>
            <w:r>
              <w:rPr>
                <w:b/>
                <w:sz w:val="18"/>
              </w:rPr>
              <w:t>E-mail Address:</w:t>
              <w:br/>
            </w:r>
            <w:sdt>
              <w:sdtPr>
                <w:id w:val="163"/>
                <w:tag w:val="field_162"/>
                <w:alias w:val="field 162"/>
                <w:text/>
              </w:sdtPr>
              <w:sdtContent>
                <w:r>
                  <w:rPr>
                    <w:color w:val="002E6E"/>
                    <w:rFonts w:ascii="Arial" w:hAnsi="Arial"/>
                  </w:rPr>
                  <w:t>[Enter text]</w:t>
                </w:r>
              </w:sdtContent>
            </w:sdt>
          </w:p>
        </w:tc>
      </w:tr>
      <w:tr>
        <w:trPr>
          <w:cantSplit/>
        </w:trPr>
        <w:tc>
          <w:tcPr>
            <w:tcW w:type="dxa" w:w="3504"/>
            <w:vAlign w:val="center"/>
            <w:shd w:fill="F2F5F8"/>
          </w:tcPr>
          <w:p>
            <w:pPr>
              <w:spacing w:after="100"/>
            </w:pPr>
            <w:r>
              <w:rPr>
                <w:b/>
                <w:sz w:val="18"/>
              </w:rPr>
              <w:t>SSN#:</w:t>
              <w:br/>
            </w:r>
            <w:sdt>
              <w:sdtPr>
                <w:id w:val="165"/>
                <w:tag w:val="field_164"/>
                <w:alias w:val="field 164"/>
                <w:text/>
              </w:sdtPr>
              <w:sdtContent>
                <w:r>
                  <w:rPr>
                    <w:color w:val="002E6E"/>
                    <w:rFonts w:ascii="Arial" w:hAnsi="Arial"/>
                  </w:rPr>
                  <w:t>[Enter text]</w:t>
                </w:r>
              </w:sdtContent>
            </w:sdt>
          </w:p>
        </w:tc>
        <w:tc>
          <w:tcPr>
            <w:tcW w:type="dxa" w:w="3504"/>
            <w:vAlign w:val="center"/>
            <w:shd w:fill="F2F5F8"/>
          </w:tcPr>
          <w:p>
            <w:pPr>
              <w:spacing w:after="100"/>
            </w:pPr>
            <w:r>
              <w:rPr>
                <w:b/>
                <w:sz w:val="18"/>
              </w:rPr>
              <w:t>Date of Birth:</w:t>
              <w:br/>
            </w:r>
            <w:sdt>
              <w:sdtPr>
                <w:id w:val="167"/>
                <w:tag w:val="field_166"/>
                <w:alias w:val="field 166"/>
                <w:text/>
              </w:sdtPr>
              <w:sdtContent>
                <w:r>
                  <w:rPr>
                    <w:color w:val="002E6E"/>
                    <w:rFonts w:ascii="Arial" w:hAnsi="Arial"/>
                  </w:rPr>
                  <w:t>[Enter text]</w:t>
                </w:r>
              </w:sdtContent>
            </w:sdt>
          </w:p>
        </w:tc>
        <w:tc>
          <w:tcPr>
            <w:tcW w:type="dxa" w:w="3504"/>
            <w:vAlign w:val="center"/>
            <w:shd w:fill="F2F5F8"/>
          </w:tcPr>
          <w:p>
            <w:pPr>
              <w:spacing w:after="100"/>
            </w:pPr>
            <w:r>
              <w:rPr>
                <w:b/>
                <w:sz w:val="18"/>
              </w:rPr>
              <w:t>Gender: M / F</w:t>
              <w:br/>
            </w:r>
            <w:sdt>
              <w:sdtPr>
                <w:id w:val="169"/>
                <w:tag w:val="field_168"/>
                <w:alias w:val="field 168"/>
                <w:text/>
              </w:sdtPr>
              <w:sdtContent>
                <w:r>
                  <w:rPr>
                    <w:color w:val="002E6E"/>
                    <w:rFonts w:ascii="Arial" w:hAnsi="Arial"/>
                  </w:rPr>
                  <w:t>[Enter text]</w:t>
                </w:r>
              </w:sdtContent>
            </w:sdt>
          </w:p>
        </w:tc>
      </w:tr>
    </w:tbl>
    <w:p>
      <w:pPr>
        <w:spacing w:after="60" w:line="20" w:lineRule="exact"/>
      </w:pPr>
      <w:r>
        <w:rPr>
          <w:sz w:val="2"/>
        </w:rPr>
      </w:r>
    </w:p>
    <w:p>
      <w:r>
        <w:rPr>
          <w:b/>
        </w:rPr>
        <w:t xml:space="preserve">How did you find us? </w:t>
      </w:r>
      <w:sdt>
        <w:sdtPr>
          <w:id w:val="170"/>
          <w:tag w:val="How did you find us?_Patient"/>
          <w:alias w:val="How did you find us? Patient"/>
          <w14:checkbox>
            <w14:checked w14:val="0"/>
            <w14:checkedState w14:val="2612" w14:font="MS Gothic"/>
            <w14:uncheckedState w14:val="2610" w14:font="MS Gothic"/>
          </w14:checkbox>
        </w:sdtPr>
        <w:sdtContent>
          <w:r>
            <w:rPr>
              <w:color w:val="002E6E"/>
              <w:rFonts w:ascii="MS Gothic" w:hAnsi="MS Gothic"/>
            </w:rPr>
            <w:t>☐</w:t>
          </w:r>
        </w:sdtContent>
      </w:sdt>
      <w:r>
        <w:t xml:space="preserve"> Patient </w:t>
      </w:r>
      <w:sdt>
        <w:sdtPr>
          <w:id w:val="171"/>
          <w:tag w:val="How did you find us?_Other Doctor"/>
          <w:alias w:val="How did you find us? Other Doctor"/>
          <w14:checkbox>
            <w14:checked w14:val="0"/>
            <w14:checkedState w14:val="2612" w14:font="MS Gothic"/>
            <w14:uncheckedState w14:val="2610" w14:font="MS Gothic"/>
          </w14:checkbox>
        </w:sdtPr>
        <w:sdtContent>
          <w:r>
            <w:rPr>
              <w:color w:val="002E6E"/>
              <w:rFonts w:ascii="MS Gothic" w:hAnsi="MS Gothic"/>
            </w:rPr>
            <w:t>☐</w:t>
          </w:r>
        </w:sdtContent>
      </w:sdt>
      <w:r>
        <w:t xml:space="preserve"> Other Doctor </w:t>
      </w:r>
      <w:sdt>
        <w:sdtPr>
          <w:id w:val="172"/>
          <w:tag w:val="How did you find us?_Google"/>
          <w:alias w:val="How did you find us? Google"/>
          <w14:checkbox>
            <w14:checked w14:val="0"/>
            <w14:checkedState w14:val="2612" w14:font="MS Gothic"/>
            <w14:uncheckedState w14:val="2610" w14:font="MS Gothic"/>
          </w14:checkbox>
        </w:sdtPr>
        <w:sdtContent>
          <w:r>
            <w:rPr>
              <w:color w:val="002E6E"/>
              <w:rFonts w:ascii="MS Gothic" w:hAnsi="MS Gothic"/>
            </w:rPr>
            <w:t>☐</w:t>
          </w:r>
        </w:sdtContent>
      </w:sdt>
      <w:r>
        <w:t xml:space="preserve"> Google </w:t>
      </w:r>
      <w:sdt>
        <w:sdtPr>
          <w:id w:val="173"/>
          <w:tag w:val="How did you find us?_Facebook"/>
          <w:alias w:val="How did you find us? Facebook"/>
          <w14:checkbox>
            <w14:checked w14:val="0"/>
            <w14:checkedState w14:val="2612" w14:font="MS Gothic"/>
            <w14:uncheckedState w14:val="2610" w14:font="MS Gothic"/>
          </w14:checkbox>
        </w:sdtPr>
        <w:sdtContent>
          <w:r>
            <w:rPr>
              <w:color w:val="002E6E"/>
              <w:rFonts w:ascii="MS Gothic" w:hAnsi="MS Gothic"/>
            </w:rPr>
            <w:t>☐</w:t>
          </w:r>
        </w:sdtContent>
      </w:sdt>
      <w:r>
        <w:t xml:space="preserve"> Facebook </w:t>
      </w:r>
      <w:sdt>
        <w:sdtPr>
          <w:id w:val="174"/>
          <w:tag w:val="How did you find us?_Other"/>
          <w:alias w:val="How did you find us? Other"/>
          <w14:checkbox>
            <w14:checked w14:val="0"/>
            <w14:checkedState w14:val="2612" w14:font="MS Gothic"/>
            <w14:uncheckedState w14:val="2610" w14:font="MS Gothic"/>
          </w14:checkbox>
        </w:sdtPr>
        <w:sdtContent>
          <w:r>
            <w:rPr>
              <w:color w:val="002E6E"/>
              <w:rFonts w:ascii="MS Gothic" w:hAnsi="MS Gothic"/>
            </w:rPr>
            <w:t>☐</w:t>
          </w:r>
        </w:sdtContent>
      </w:sdt>
      <w:r>
        <w:t xml:space="preserve"> Other </w:t>
      </w:r>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Patient? If yes, who?</w:t>
              <w:br/>
            </w:r>
            <w:sdt>
              <w:sdtPr>
                <w:id w:val="176"/>
                <w:tag w:val="field_175"/>
                <w:alias w:val="field 175"/>
                <w:text/>
              </w:sdtPr>
              <w:sdtContent>
                <w:r>
                  <w:rPr>
                    <w:color w:val="002E6E"/>
                    <w:rFonts w:ascii="Arial" w:hAnsi="Arial"/>
                  </w:rPr>
                  <w:t>[Enter text]</w:t>
                </w:r>
              </w:sdtContent>
            </w:sdt>
          </w:p>
        </w:tc>
        <w:tc>
          <w:tcPr>
            <w:tcW w:type="dxa" w:w="3504"/>
            <w:vAlign w:val="center"/>
            <w:shd w:fill="F2F5F8"/>
          </w:tcPr>
          <w:p>
            <w:pPr>
              <w:spacing w:after="100"/>
            </w:pPr>
            <w:r>
              <w:rPr>
                <w:b/>
                <w:sz w:val="18"/>
              </w:rPr>
              <w:t>Other Doctor? If yes, who?</w:t>
              <w:br/>
            </w:r>
            <w:sdt>
              <w:sdtPr>
                <w:id w:val="178"/>
                <w:tag w:val="field_177"/>
                <w:alias w:val="field 177"/>
                <w:text/>
              </w:sdtPr>
              <w:sdtContent>
                <w:r>
                  <w:rPr>
                    <w:color w:val="002E6E"/>
                    <w:rFonts w:ascii="Arial" w:hAnsi="Arial"/>
                  </w:rPr>
                  <w:t>[Enter text]</w:t>
                </w:r>
              </w:sdtContent>
            </w:sdt>
          </w:p>
        </w:tc>
        <w:tc>
          <w:tcPr>
            <w:tcW w:type="dxa" w:w="3504"/>
            <w:vAlign w:val="center"/>
            <w:shd w:fill="F2F5F8"/>
          </w:tcPr>
          <w:p>
            <w:pPr>
              <w:spacing w:after="100"/>
            </w:pPr>
            <w:r>
              <w:rPr>
                <w:b/>
                <w:sz w:val="18"/>
              </w:rPr>
              <w:t>Other? Explain:</w:t>
              <w:br/>
            </w:r>
            <w:sdt>
              <w:sdtPr>
                <w:id w:val="180"/>
                <w:tag w:val="field_179"/>
                <w:alias w:val="field 179"/>
                <w:text/>
              </w:sdtPr>
              <w:sdtContent>
                <w:r>
                  <w:rPr>
                    <w:color w:val="002E6E"/>
                    <w:rFonts w:ascii="Arial" w:hAnsi="Arial"/>
                  </w:rPr>
                  <w:t>[Enter text]</w:t>
                </w:r>
              </w:sdtContent>
            </w:sdt>
          </w:p>
        </w:tc>
      </w:tr>
    </w:tbl>
    <w:p>
      <w:pPr>
        <w:spacing w:after="60" w:line="20" w:lineRule="exact"/>
      </w:pPr>
      <w:r>
        <w:rPr>
          <w:sz w:val="2"/>
        </w:rPr>
      </w:r>
    </w:p>
    <w:p>
      <w:r>
        <w:rPr>
          <w:b/>
        </w:rPr>
        <w:t xml:space="preserve">1. What date did your symptoms begin? </w:t>
      </w:r>
      <w:sdt>
        <w:sdtPr>
          <w:id w:val="181"/>
          <w:tag w:val="symptom_start"/>
          <w:alias w:val="symptom start"/>
          <w:text/>
        </w:sdtPr>
        <w:sdtContent>
          <w:r>
            <w:rPr>
              <w:color w:val="002E6E"/>
              <w:rFonts w:ascii="Arial" w:hAnsi="Arial"/>
            </w:rPr>
            <w:t>[Click or tap here to enter text]</w:t>
          </w:r>
        </w:sdtContent>
      </w:sdt>
    </w:p>
    <w:p>
      <w:r>
        <w:rPr>
          <w:b/>
        </w:rPr>
        <w:t xml:space="preserve">2. Have you had these symptoms before? </w:t>
      </w:r>
      <w:sdt>
        <w:sdtPr>
          <w:id w:val="182"/>
          <w:tag w:val="symptoms_before"/>
          <w:alias w:val="symptoms before"/>
          <w:text/>
        </w:sdtPr>
        <w:sdtContent>
          <w:r>
            <w:rPr>
              <w:color w:val="002E6E"/>
              <w:rFonts w:ascii="Arial" w:hAnsi="Arial"/>
            </w:rPr>
            <w:t>[Click or tap here to enter text]</w:t>
          </w:r>
        </w:sdtContent>
      </w:sdt>
    </w:p>
    <w:p>
      <w:r>
        <w:rPr>
          <w:b/>
        </w:rPr>
        <w:t xml:space="preserve">if yes, when? </w:t>
      </w:r>
      <w:sdt>
        <w:sdtPr>
          <w:id w:val="183"/>
          <w:tag w:val="prior_date"/>
          <w:alias w:val="prior date"/>
          <w:text/>
        </w:sdtPr>
        <w:sdtContent>
          <w:r>
            <w:rPr>
              <w:color w:val="002E6E"/>
              <w:rFonts w:ascii="Arial" w:hAnsi="Arial"/>
            </w:rPr>
            <w:t>[Click or tap here to enter text]</w:t>
          </w:r>
        </w:sdtContent>
      </w:sdt>
    </w:p>
    <w:p>
      <w:r>
        <w:rPr>
          <w:b/>
        </w:rPr>
        <w:t xml:space="preserve">3. How did this happen? </w:t>
      </w:r>
      <w:sdt>
        <w:sdtPr>
          <w:id w:val="184"/>
          <w:tag w:val="how_happened"/>
          <w:alias w:val="how happened"/>
          <w:text/>
        </w:sdtPr>
        <w:sdtContent>
          <w:r>
            <w:rPr>
              <w:color w:val="002E6E"/>
              <w:rFonts w:ascii="Arial" w:hAnsi="Arial"/>
            </w:rPr>
            <w:t>[Click or tap here to enter text]</w:t>
          </w:r>
        </w:sdtContent>
      </w:sdt>
    </w:p>
    <w:p>
      <w:pPr>
        <w:pStyle w:val="Heading1"/>
        <w:pageBreakBefore/>
      </w:pPr>
      <w:r>
        <w:t>Patient information</w:t>
      </w:r>
    </w:p>
    <w:p>
      <w:r>
        <w:rPr>
          <w:b/>
        </w:rPr>
        <w:t xml:space="preserve">4. Is this injury work or auto accident related? </w:t>
      </w:r>
      <w:sdt>
        <w:sdtPr>
          <w:id w:val="185"/>
          <w:tag w:val="4. Is this injury work or auto accident related?_No"/>
          <w:alias w:val="4. Is this injury work or auto accident related?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186"/>
          <w:tag w:val="4. Is this injury work or auto accident related?_Yes"/>
          <w:alias w:val="4. Is this injury work or auto accident related?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5. Are your arms or legs involved? </w:t>
      </w:r>
      <w:sdt>
        <w:sdtPr>
          <w:id w:val="187"/>
          <w:tag w:val="5. Are your arms or legs involved?_No"/>
          <w:alias w:val="5. Are your arms or legs involved?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188"/>
          <w:tag w:val="5. Are your arms or legs involved?_Yes"/>
          <w:alias w:val="5. Are your arms or legs involved?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6. Please describe your chief complaint </w:t>
      </w:r>
      <w:sdt>
        <w:sdtPr>
          <w:id w:val="189"/>
          <w:tag w:val="chief_complaint"/>
          <w:alias w:val="chief complaint"/>
          <w:text/>
        </w:sdtPr>
        <w:sdtContent>
          <w:r>
            <w:rPr>
              <w:color w:val="002E6E"/>
              <w:rFonts w:ascii="Arial" w:hAnsi="Arial"/>
            </w:rPr>
            <w:t>[Click or tap here to enter text]</w:t>
          </w:r>
        </w:sdtContent>
      </w:sdt>
    </w:p>
    <w:p>
      <w:r>
        <w:rPr>
          <w:b/>
        </w:rPr>
        <w:t xml:space="preserve">1. What makes your chief complaint better? (Ice, Heat, Medication, etc? </w:t>
      </w:r>
      <w:sdt>
        <w:sdtPr>
          <w:id w:val="190"/>
          <w:tag w:val="1. What makes your chief complaint better? (Ice, Heat, Medication, etc?"/>
          <w:alias w:val="1. What makes your chief complaint better? (Ice, Heat, Medication, etc?"/>
          <w:text/>
        </w:sdtPr>
        <w:sdtContent>
          <w:r>
            <w:rPr>
              <w:color w:val="002E6E"/>
              <w:rFonts w:ascii="Arial" w:hAnsi="Arial"/>
            </w:rPr>
            <w:t>[Click or tap here to enter text]</w:t>
          </w:r>
        </w:sdtContent>
      </w:sdt>
    </w:p>
    <w:p>
      <w:r>
        <w:rPr>
          <w:b/>
        </w:rPr>
        <w:t xml:space="preserve">2. What makes your chief complaint worse? (Certain movements/activities etc) </w:t>
      </w:r>
      <w:sdt>
        <w:sdtPr>
          <w:id w:val="191"/>
          <w:tag w:val="2. What makes your chief complaint worse? (Certain movements/activities etc)"/>
          <w:alias w:val="2. What makes your chief complaint worse? (Certain movements/activities etc)"/>
          <w:text/>
        </w:sdtPr>
        <w:sdtContent>
          <w:r>
            <w:rPr>
              <w:color w:val="002E6E"/>
              <w:rFonts w:ascii="Arial" w:hAnsi="Arial"/>
            </w:rPr>
            <w:t>[Click or tap here to enter text]</w:t>
          </w:r>
        </w:sdtContent>
      </w:sdt>
    </w:p>
    <w:p>
      <w:r>
        <w:rPr>
          <w:b/>
        </w:rPr>
        <w:t xml:space="preserve">3. Are you currently taking any medications? If so, please list: </w:t>
      </w:r>
      <w:sdt>
        <w:sdtPr>
          <w:id w:val="192"/>
          <w:tag w:val="3. Are you currently taking any medications? If so, please list:"/>
          <w:alias w:val="3. Are you currently taking any medications? If so, please list:"/>
          <w:text/>
        </w:sdtPr>
        <w:sdtContent>
          <w:r>
            <w:rPr>
              <w:color w:val="002E6E"/>
              <w:rFonts w:ascii="Arial" w:hAnsi="Arial"/>
            </w:rPr>
            <w:t>[Click or tap here to enter text]</w:t>
          </w:r>
        </w:sdtContent>
      </w:sdt>
    </w:p>
    <w:p>
      <w:r>
        <w:rPr>
          <w:b/>
        </w:rPr>
        <w:t xml:space="preserve">4. Have you had any recent imaging studies? X-ray? MRI? CT scans? </w:t>
      </w:r>
      <w:sdt>
        <w:sdtPr>
          <w:id w:val="193"/>
          <w:tag w:val="4. Have you had any recent imaging studies? X-ray? MRI? CT scans?_Yes"/>
          <w:alias w:val="4. Have you had any recent imaging studies? X-ray? MRI? CT scans?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sdt>
        <w:sdtPr>
          <w:id w:val="194"/>
          <w:tag w:val="4. Have you had any recent imaging studies? X-ray? MRI? CT scans?_No"/>
          <w:alias w:val="4. Have you had any recent imaging studies? X-ray? MRI? CT scans?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p>
    <w:p>
      <w:r>
        <w:rPr>
          <w:b/>
        </w:rPr>
        <w:t xml:space="preserve">5. Do you have a primary Care Physician? </w:t>
      </w:r>
      <w:sdt>
        <w:sdtPr>
          <w:id w:val="195"/>
          <w:tag w:val="5. Do you have a primary Care Physician?_Yes"/>
          <w:alias w:val="5. Do you have a primary Care Physician?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sdt>
        <w:sdtPr>
          <w:id w:val="196"/>
          <w:tag w:val="5. Do you have a primary Care Physician?_No"/>
          <w:alias w:val="5. Do you have a primary Care Physician?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p>
    <w:p>
      <w:r>
        <w:rPr>
          <w:b/>
        </w:rPr>
        <w:t xml:space="preserve">If yes, who is your PCP? </w:t>
      </w:r>
      <w:sdt>
        <w:sdtPr>
          <w:id w:val="197"/>
          <w:tag w:val="If yes, who is your PCP?"/>
          <w:alias w:val="If yes, who is your PCP?"/>
          <w:text/>
        </w:sdtPr>
        <w:sdtContent>
          <w:r>
            <w:rPr>
              <w:color w:val="002E6E"/>
              <w:rFonts w:ascii="Arial" w:hAnsi="Arial"/>
            </w:rPr>
            <w:t>[Click or tap here to enter text]</w:t>
          </w:r>
        </w:sdtContent>
      </w:sdt>
    </w:p>
    <w:p>
      <w:r>
        <w:rPr>
          <w:b/>
        </w:rPr>
        <w:t xml:space="preserve">6. Are you currently seeing any other physicians / specialists? </w:t>
      </w:r>
      <w:sdt>
        <w:sdtPr>
          <w:id w:val="198"/>
          <w:tag w:val="6. Are you currently seeing any other physicians / specialists?_Yes"/>
          <w:alias w:val="6. Are you currently seeing any other physicians / specialists?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sdt>
        <w:sdtPr>
          <w:id w:val="199"/>
          <w:tag w:val="6. Are you currently seeing any other physicians / specialists?_No"/>
          <w:alias w:val="6. Are you currently seeing any other physicians / specialists?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p>
    <w:p>
      <w:r>
        <w:rPr>
          <w:b/>
        </w:rPr>
        <w:t xml:space="preserve">If yes, who/what specialty? </w:t>
      </w:r>
      <w:sdt>
        <w:sdtPr>
          <w:id w:val="200"/>
          <w:tag w:val="If yes, who/what specialty?"/>
          <w:alias w:val="If yes, who/what specialty?"/>
          <w:text/>
        </w:sdtPr>
        <w:sdtContent>
          <w:r>
            <w:rPr>
              <w:color w:val="002E6E"/>
              <w:rFonts w:ascii="Arial" w:hAnsi="Arial"/>
            </w:rPr>
            <w:t>[Click or tap here to enter text]</w:t>
          </w:r>
        </w:sdtContent>
      </w:sdt>
    </w:p>
    <w:p>
      <w:r>
        <w:rPr>
          <w:b/>
        </w:rPr>
        <w:t xml:space="preserve">7. Have you ever seen a Chiropractor? </w:t>
      </w:r>
      <w:sdt>
        <w:sdtPr>
          <w:id w:val="201"/>
          <w:tag w:val="7. Have you ever seen a Chiropractor?_Yes"/>
          <w:alias w:val="7. Have you ever seen a Chiropractor?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sdt>
        <w:sdtPr>
          <w:id w:val="202"/>
          <w:tag w:val="7. Have you ever seen a Chiropractor?_No"/>
          <w:alias w:val="7. Have you ever seen a Chiropractor?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p>
    <w:p>
      <w:r>
        <w:rPr>
          <w:b/>
        </w:rPr>
        <w:t xml:space="preserve">8. Does your complaint keep you from performing any of your normal daily activities? If yes, please explain: </w:t>
      </w:r>
      <w:sdt>
        <w:sdtPr>
          <w:id w:val="203"/>
          <w:tag w:val="8. Does your complaint keep you from performing any of your normal daily activities? If yes, please explain:"/>
          <w:alias w:val="8. Does your complaint keep you from performing any of your normal daily activities? If yes, please explain:"/>
          <w:text/>
        </w:sdtPr>
        <w:sdtContent>
          <w:r>
            <w:rPr>
              <w:color w:val="002E6E"/>
              <w:rFonts w:ascii="Arial" w:hAnsi="Arial"/>
            </w:rPr>
            <w:t>[Click or tap here to enter text]</w:t>
          </w:r>
        </w:sdtContent>
      </w:sdt>
    </w:p>
    <w:p>
      <w:r>
        <w:rPr>
          <w:b/>
        </w:rPr>
        <w:t xml:space="preserve">9. Are you taking any Vitamins/Supplements? If yes, please list: </w:t>
      </w:r>
      <w:sdt>
        <w:sdtPr>
          <w:id w:val="204"/>
          <w:tag w:val="9. Are you taking any Vitamins/Supplements? If yes, please list:"/>
          <w:alias w:val="9. Are you taking any Vitamins/Supplements? If yes, please list:"/>
          <w:text/>
        </w:sdtPr>
        <w:sdtContent>
          <w:r>
            <w:rPr>
              <w:color w:val="002E6E"/>
              <w:rFonts w:ascii="Arial" w:hAnsi="Arial"/>
            </w:rPr>
            <w:t>[Click or tap here to enter text]</w:t>
          </w:r>
        </w:sdtContent>
      </w:sdt>
    </w:p>
    <w:p>
      <w:r>
        <w:rPr>
          <w:b/>
        </w:rPr>
        <w:t xml:space="preserve">10. How many ounces of water do you drink per day? </w:t>
      </w:r>
      <w:sdt>
        <w:sdtPr>
          <w:id w:val="205"/>
          <w:tag w:val="10. How many ounces of water do you drink per day?"/>
          <w:alias w:val="10. How many ounces of water do you drink per day?"/>
          <w:text/>
        </w:sdtPr>
        <w:sdtContent>
          <w:r>
            <w:rPr>
              <w:color w:val="002E6E"/>
              <w:rFonts w:ascii="Arial" w:hAnsi="Arial"/>
            </w:rPr>
            <w:t>[Click or tap here to enter text]</w:t>
          </w:r>
        </w:sdtContent>
      </w:sdt>
    </w:p>
    <w:p>
      <w:r>
        <w:rPr>
          <w:b/>
        </w:rPr>
        <w:t xml:space="preserve">11. Are you drinking any caffeinated beverages? If so, how many per day? </w:t>
      </w:r>
      <w:sdt>
        <w:sdtPr>
          <w:id w:val="206"/>
          <w:tag w:val="11. Are you drinking any caffeinated beverages? If so, how many per day?"/>
          <w:alias w:val="11. Are you drinking any caffeinated beverages? If so, how many per day?"/>
          <w:text/>
        </w:sdtPr>
        <w:sdtContent>
          <w:r>
            <w:rPr>
              <w:color w:val="002E6E"/>
              <w:rFonts w:ascii="Arial" w:hAnsi="Arial"/>
            </w:rPr>
            <w:t>[Click or tap here to enter text]</w:t>
          </w:r>
        </w:sdtContent>
      </w:sdt>
    </w:p>
    <w:p>
      <w:r>
        <w:rPr>
          <w:b/>
        </w:rPr>
        <w:t xml:space="preserve">12. Do you exercise or stretch regularly? If so, what types of exercise? </w:t>
      </w:r>
      <w:sdt>
        <w:sdtPr>
          <w:id w:val="207"/>
          <w:tag w:val="12. Do you exercise or stretch regularly? If so, what types of exercise?"/>
          <w:alias w:val="12. Do you exercise or stretch regularly? If so, what types of exercise?"/>
          <w:text/>
        </w:sdtPr>
        <w:sdtContent>
          <w:r>
            <w:rPr>
              <w:color w:val="002E6E"/>
              <w:rFonts w:ascii="Arial" w:hAnsi="Arial"/>
            </w:rPr>
            <w:t>[Click or tap here to enter text]</w:t>
          </w:r>
        </w:sdtContent>
      </w:sdt>
    </w:p>
    <w:p>
      <w:r>
        <w:rPr>
          <w:b/>
        </w:rPr>
        <w:t xml:space="preserve">13. What is your preferred sleeping position? </w:t>
      </w:r>
      <w:sdt>
        <w:sdtPr>
          <w:id w:val="208"/>
          <w:tag w:val="13. What is your preferred sleeping position?_Back"/>
          <w:alias w:val="13. What is your preferred sleeping position? Back"/>
          <w14:checkbox>
            <w14:checked w14:val="0"/>
            <w14:checkedState w14:val="2612" w14:font="MS Gothic"/>
            <w14:uncheckedState w14:val="2610" w14:font="MS Gothic"/>
          </w14:checkbox>
        </w:sdtPr>
        <w:sdtContent>
          <w:r>
            <w:rPr>
              <w:color w:val="002E6E"/>
              <w:rFonts w:ascii="MS Gothic" w:hAnsi="MS Gothic"/>
            </w:rPr>
            <w:t>☐</w:t>
          </w:r>
        </w:sdtContent>
      </w:sdt>
      <w:r>
        <w:t xml:space="preserve"> Back </w:t>
      </w:r>
      <w:sdt>
        <w:sdtPr>
          <w:id w:val="209"/>
          <w:tag w:val="13. What is your preferred sleeping position?_Side"/>
          <w:alias w:val="13. What is your preferred sleeping position? Side"/>
          <w14:checkbox>
            <w14:checked w14:val="0"/>
            <w14:checkedState w14:val="2612" w14:font="MS Gothic"/>
            <w14:uncheckedState w14:val="2610" w14:font="MS Gothic"/>
          </w14:checkbox>
        </w:sdtPr>
        <w:sdtContent>
          <w:r>
            <w:rPr>
              <w:color w:val="002E6E"/>
              <w:rFonts w:ascii="MS Gothic" w:hAnsi="MS Gothic"/>
            </w:rPr>
            <w:t>☐</w:t>
          </w:r>
        </w:sdtContent>
      </w:sdt>
      <w:r>
        <w:t xml:space="preserve"> Side </w:t>
      </w:r>
      <w:sdt>
        <w:sdtPr>
          <w:id w:val="210"/>
          <w:tag w:val="13. What is your preferred sleeping position?_Stomach"/>
          <w:alias w:val="13. What is your preferred sleeping position? Stomach"/>
          <w14:checkbox>
            <w14:checked w14:val="0"/>
            <w14:checkedState w14:val="2612" w14:font="MS Gothic"/>
            <w14:uncheckedState w14:val="2610" w14:font="MS Gothic"/>
          </w14:checkbox>
        </w:sdtPr>
        <w:sdtContent>
          <w:r>
            <w:rPr>
              <w:color w:val="002E6E"/>
              <w:rFonts w:ascii="MS Gothic" w:hAnsi="MS Gothic"/>
            </w:rPr>
            <w:t>☐</w:t>
          </w:r>
        </w:sdtContent>
      </w:sdt>
      <w:r>
        <w:t xml:space="preserve"> Stomach </w:t>
      </w:r>
      <w:sdt>
        <w:sdtPr>
          <w:id w:val="211"/>
          <w:tag w:val="13. What is your preferred sleeping position?_Combination"/>
          <w:alias w:val="13. What is your preferred sleeping position? Combination"/>
          <w14:checkbox>
            <w14:checked w14:val="0"/>
            <w14:checkedState w14:val="2612" w14:font="MS Gothic"/>
            <w14:uncheckedState w14:val="2610" w14:font="MS Gothic"/>
          </w14:checkbox>
        </w:sdtPr>
        <w:sdtContent>
          <w:r>
            <w:rPr>
              <w:color w:val="002E6E"/>
              <w:rFonts w:ascii="MS Gothic" w:hAnsi="MS Gothic"/>
            </w:rPr>
            <w:t>☐</w:t>
          </w:r>
        </w:sdtContent>
      </w:sdt>
      <w:r>
        <w:t xml:space="preserve"> Combination </w:t>
      </w:r>
    </w:p>
    <w:p>
      <w:r>
        <w:rPr>
          <w:b/>
        </w:rPr>
        <w:t xml:space="preserve">14. What are your goals for treatment? </w:t>
      </w:r>
      <w:sdt>
        <w:sdtPr>
          <w:id w:val="212"/>
          <w:tag w:val="14. What are your goals for treatment?"/>
          <w:alias w:val="14. What are your goals for treatment?"/>
          <w:text/>
        </w:sdtPr>
        <w:sdtContent>
          <w:r>
            <w:rPr>
              <w:color w:val="002E6E"/>
              <w:rFonts w:ascii="Arial" w:hAnsi="Arial"/>
            </w:rPr>
            <w:t>[Click or tap here to enter text]</w:t>
          </w:r>
        </w:sdtContent>
      </w:sdt>
    </w:p>
    <w:p>
      <w:pPr>
        <w:pStyle w:val="Heading1"/>
        <w:pageBreakBefore/>
      </w:pPr>
      <w:r>
        <w:t>Have you ever had or are you having problems with any of the following</w:t>
      </w:r>
    </w:p>
    <w:tbl>
      <w:tblPr>
        <w:tblStyle w:val="TableGrid"/>
        <w:tblW w:type="auto" w:w="0"/>
        <w:tblLook w:firstColumn="1" w:firstRow="1" w:lastColumn="0" w:lastRow="0" w:noHBand="0" w:noVBand="1" w:val="04A0"/>
      </w:tblPr>
      <w:tblGrid>
        <w:gridCol w:w="3504"/>
        <w:gridCol w:w="3504"/>
        <w:gridCol w:w="3504"/>
      </w:tblGrid>
      <w:tr>
        <w:trPr>
          <w:cantSplit/>
        </w:trPr>
        <w:tc>
          <w:tcPr>
            <w:tcW w:type="dxa" w:w="3504"/>
          </w:tcPr>
          <w:p>
            <w:r>
              <w:rPr>
                <w:sz w:val="18"/>
              </w:rPr>
              <w:t>No / Yes</w:t>
            </w:r>
          </w:p>
        </w:tc>
        <w:tc>
          <w:tcPr>
            <w:tcW w:type="dxa" w:w="3504"/>
          </w:tcPr>
          <w:p>
            <w:r>
              <w:rPr>
                <w:sz w:val="18"/>
              </w:rPr>
              <w:t>Condition</w:t>
            </w:r>
          </w:p>
        </w:tc>
        <w:tc>
          <w:tcPr>
            <w:tcW w:type="dxa" w:w="3504"/>
          </w:tcPr>
          <w:p>
            <w:r>
              <w:rPr>
                <w:sz w:val="18"/>
              </w:rPr>
              <w:t>If yes, how often and when?</w:t>
            </w:r>
          </w:p>
        </w:tc>
      </w:tr>
      <w:tr>
        <w:trPr>
          <w:cantSplit/>
        </w:trPr>
        <w:tc>
          <w:tcPr>
            <w:tcW w:type="dxa" w:w="3504"/>
          </w:tcPr>
          <w:p>
            <w:pPr>
              <w:spacing w:after="40" w:before="40"/>
            </w:pPr>
            <w:sdt>
              <w:sdtPr>
                <w:id w:val="213"/>
                <w:tag w:val="Headaches_no"/>
                <w:alias w:val="Headaches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14"/>
                <w:tag w:val="Headaches_yes"/>
                <w:alias w:val="Headaches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Headaches</w:t>
            </w:r>
          </w:p>
        </w:tc>
        <w:tc>
          <w:tcPr>
            <w:tcW w:type="dxa" w:w="3504"/>
          </w:tcPr>
          <w:p>
            <w:pPr>
              <w:spacing w:after="40" w:before="40"/>
            </w:pPr>
            <w:sdt>
              <w:sdtPr>
                <w:id w:val="215"/>
                <w:tag w:val="Headaches_when"/>
                <w:alias w:val="Headaches when"/>
                <w:text/>
              </w:sdtPr>
              <w:sdtContent>
                <w:r>
                  <w:rPr>
                    <w:color w:val="002E6E"/>
                    <w:rFonts w:ascii="Arial" w:hAnsi="Arial"/>
                  </w:rPr>
                  <w:t>[Enter text]</w:t>
                </w:r>
              </w:sdtContent>
            </w:sdt>
          </w:p>
        </w:tc>
      </w:tr>
      <w:tr>
        <w:trPr>
          <w:cantSplit/>
        </w:trPr>
        <w:tc>
          <w:tcPr>
            <w:tcW w:type="dxa" w:w="3504"/>
          </w:tcPr>
          <w:p>
            <w:pPr>
              <w:spacing w:after="40" w:before="40"/>
            </w:pPr>
            <w:sdt>
              <w:sdtPr>
                <w:id w:val="216"/>
                <w:tag w:val="Dizziness_no"/>
                <w:alias w:val="Dizziness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17"/>
                <w:tag w:val="Dizziness_yes"/>
                <w:alias w:val="Dizziness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Dizziness</w:t>
            </w:r>
          </w:p>
        </w:tc>
        <w:tc>
          <w:tcPr>
            <w:tcW w:type="dxa" w:w="3504"/>
          </w:tcPr>
          <w:p>
            <w:pPr>
              <w:spacing w:after="40" w:before="40"/>
            </w:pPr>
            <w:sdt>
              <w:sdtPr>
                <w:id w:val="218"/>
                <w:tag w:val="Dizziness_when"/>
                <w:alias w:val="Dizziness when"/>
                <w:text/>
              </w:sdtPr>
              <w:sdtContent>
                <w:r>
                  <w:rPr>
                    <w:color w:val="002E6E"/>
                    <w:rFonts w:ascii="Arial" w:hAnsi="Arial"/>
                  </w:rPr>
                  <w:t>[Enter text]</w:t>
                </w:r>
              </w:sdtContent>
            </w:sdt>
          </w:p>
        </w:tc>
      </w:tr>
      <w:tr>
        <w:trPr>
          <w:cantSplit/>
        </w:trPr>
        <w:tc>
          <w:tcPr>
            <w:tcW w:type="dxa" w:w="3504"/>
          </w:tcPr>
          <w:p>
            <w:pPr>
              <w:spacing w:after="40" w:before="40"/>
            </w:pPr>
            <w:sdt>
              <w:sdtPr>
                <w:id w:val="219"/>
                <w:tag w:val="Sinus pain_no"/>
                <w:alias w:val="Sinus pai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20"/>
                <w:tag w:val="Sinus pain_yes"/>
                <w:alias w:val="Sinus pai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Sinus pain</w:t>
            </w:r>
          </w:p>
        </w:tc>
        <w:tc>
          <w:tcPr>
            <w:tcW w:type="dxa" w:w="3504"/>
          </w:tcPr>
          <w:p>
            <w:pPr>
              <w:spacing w:after="40" w:before="40"/>
            </w:pPr>
            <w:sdt>
              <w:sdtPr>
                <w:id w:val="221"/>
                <w:tag w:val="Sinus pain_when"/>
                <w:alias w:val="Sinus pain when"/>
                <w:text/>
              </w:sdtPr>
              <w:sdtContent>
                <w:r>
                  <w:rPr>
                    <w:color w:val="002E6E"/>
                    <w:rFonts w:ascii="Arial" w:hAnsi="Arial"/>
                  </w:rPr>
                  <w:t>[Enter text]</w:t>
                </w:r>
              </w:sdtContent>
            </w:sdt>
          </w:p>
        </w:tc>
      </w:tr>
      <w:tr>
        <w:trPr>
          <w:cantSplit/>
        </w:trPr>
        <w:tc>
          <w:tcPr>
            <w:tcW w:type="dxa" w:w="3504"/>
          </w:tcPr>
          <w:p>
            <w:pPr>
              <w:spacing w:after="40" w:before="40"/>
            </w:pPr>
            <w:sdt>
              <w:sdtPr>
                <w:id w:val="222"/>
                <w:tag w:val="Neck pain_no"/>
                <w:alias w:val="Neck pai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23"/>
                <w:tag w:val="Neck pain_yes"/>
                <w:alias w:val="Neck pai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Neck pain</w:t>
            </w:r>
          </w:p>
        </w:tc>
        <w:tc>
          <w:tcPr>
            <w:tcW w:type="dxa" w:w="3504"/>
          </w:tcPr>
          <w:p>
            <w:pPr>
              <w:spacing w:after="40" w:before="40"/>
            </w:pPr>
            <w:sdt>
              <w:sdtPr>
                <w:id w:val="224"/>
                <w:tag w:val="Neck pain_when"/>
                <w:alias w:val="Neck pain when"/>
                <w:text/>
              </w:sdtPr>
              <w:sdtContent>
                <w:r>
                  <w:rPr>
                    <w:color w:val="002E6E"/>
                    <w:rFonts w:ascii="Arial" w:hAnsi="Arial"/>
                  </w:rPr>
                  <w:t>[Enter text]</w:t>
                </w:r>
              </w:sdtContent>
            </w:sdt>
          </w:p>
        </w:tc>
      </w:tr>
      <w:tr>
        <w:trPr>
          <w:cantSplit/>
        </w:trPr>
        <w:tc>
          <w:tcPr>
            <w:tcW w:type="dxa" w:w="3504"/>
          </w:tcPr>
          <w:p>
            <w:pPr>
              <w:spacing w:after="40" w:before="40"/>
            </w:pPr>
            <w:sdt>
              <w:sdtPr>
                <w:id w:val="225"/>
                <w:tag w:val="Upper back pain_no"/>
                <w:alias w:val="Upper back pai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26"/>
                <w:tag w:val="Upper back pain_yes"/>
                <w:alias w:val="Upper back pai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Upper back pain</w:t>
            </w:r>
          </w:p>
        </w:tc>
        <w:tc>
          <w:tcPr>
            <w:tcW w:type="dxa" w:w="3504"/>
          </w:tcPr>
          <w:p>
            <w:pPr>
              <w:spacing w:after="40" w:before="40"/>
            </w:pPr>
            <w:sdt>
              <w:sdtPr>
                <w:id w:val="227"/>
                <w:tag w:val="Upper back pain_when"/>
                <w:alias w:val="Upper back pain when"/>
                <w:text/>
              </w:sdtPr>
              <w:sdtContent>
                <w:r>
                  <w:rPr>
                    <w:color w:val="002E6E"/>
                    <w:rFonts w:ascii="Arial" w:hAnsi="Arial"/>
                  </w:rPr>
                  <w:t>[Enter text]</w:t>
                </w:r>
              </w:sdtContent>
            </w:sdt>
          </w:p>
        </w:tc>
      </w:tr>
      <w:tr>
        <w:trPr>
          <w:cantSplit/>
        </w:trPr>
        <w:tc>
          <w:tcPr>
            <w:tcW w:type="dxa" w:w="3504"/>
          </w:tcPr>
          <w:p>
            <w:pPr>
              <w:spacing w:after="40" w:before="40"/>
            </w:pPr>
            <w:sdt>
              <w:sdtPr>
                <w:id w:val="228"/>
                <w:tag w:val="Mid-back pain_no"/>
                <w:alias w:val="Mid-back pai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29"/>
                <w:tag w:val="Mid-back pain_yes"/>
                <w:alias w:val="Mid-back pai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Mid-back pain</w:t>
            </w:r>
          </w:p>
        </w:tc>
        <w:tc>
          <w:tcPr>
            <w:tcW w:type="dxa" w:w="3504"/>
          </w:tcPr>
          <w:p>
            <w:pPr>
              <w:spacing w:after="40" w:before="40"/>
            </w:pPr>
            <w:sdt>
              <w:sdtPr>
                <w:id w:val="230"/>
                <w:tag w:val="Mid-back pain_when"/>
                <w:alias w:val="Mid-back pain when"/>
                <w:text/>
              </w:sdtPr>
              <w:sdtContent>
                <w:r>
                  <w:rPr>
                    <w:color w:val="002E6E"/>
                    <w:rFonts w:ascii="Arial" w:hAnsi="Arial"/>
                  </w:rPr>
                  <w:t>[Enter text]</w:t>
                </w:r>
              </w:sdtContent>
            </w:sdt>
          </w:p>
        </w:tc>
      </w:tr>
      <w:tr>
        <w:trPr>
          <w:cantSplit/>
        </w:trPr>
        <w:tc>
          <w:tcPr>
            <w:tcW w:type="dxa" w:w="3504"/>
          </w:tcPr>
          <w:p>
            <w:pPr>
              <w:spacing w:after="40" w:before="40"/>
            </w:pPr>
            <w:sdt>
              <w:sdtPr>
                <w:id w:val="231"/>
                <w:tag w:val="Low back pain_no"/>
                <w:alias w:val="Low back pai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32"/>
                <w:tag w:val="Low back pain_yes"/>
                <w:alias w:val="Low back pai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Low back pain</w:t>
            </w:r>
          </w:p>
        </w:tc>
        <w:tc>
          <w:tcPr>
            <w:tcW w:type="dxa" w:w="3504"/>
          </w:tcPr>
          <w:p>
            <w:pPr>
              <w:spacing w:after="40" w:before="40"/>
            </w:pPr>
            <w:sdt>
              <w:sdtPr>
                <w:id w:val="233"/>
                <w:tag w:val="Low back pain_when"/>
                <w:alias w:val="Low back pain when"/>
                <w:text/>
              </w:sdtPr>
              <w:sdtContent>
                <w:r>
                  <w:rPr>
                    <w:color w:val="002E6E"/>
                    <w:rFonts w:ascii="Arial" w:hAnsi="Arial"/>
                  </w:rPr>
                  <w:t>[Enter text]</w:t>
                </w:r>
              </w:sdtContent>
            </w:sdt>
          </w:p>
        </w:tc>
      </w:tr>
      <w:tr>
        <w:trPr>
          <w:cantSplit/>
        </w:trPr>
        <w:tc>
          <w:tcPr>
            <w:tcW w:type="dxa" w:w="3504"/>
          </w:tcPr>
          <w:p>
            <w:pPr>
              <w:spacing w:after="40" w:before="40"/>
            </w:pPr>
            <w:sdt>
              <w:sdtPr>
                <w:id w:val="234"/>
                <w:tag w:val="Shoulder pain_no"/>
                <w:alias w:val="Shoulder pai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35"/>
                <w:tag w:val="Shoulder pain_yes"/>
                <w:alias w:val="Shoulder pai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Shoulder pain</w:t>
            </w:r>
          </w:p>
        </w:tc>
        <w:tc>
          <w:tcPr>
            <w:tcW w:type="dxa" w:w="3504"/>
          </w:tcPr>
          <w:p>
            <w:pPr>
              <w:spacing w:after="40" w:before="40"/>
            </w:pPr>
            <w:sdt>
              <w:sdtPr>
                <w:id w:val="236"/>
                <w:tag w:val="Shoulder pain_when"/>
                <w:alias w:val="Shoulder pain when"/>
                <w:text/>
              </w:sdtPr>
              <w:sdtContent>
                <w:r>
                  <w:rPr>
                    <w:color w:val="002E6E"/>
                    <w:rFonts w:ascii="Arial" w:hAnsi="Arial"/>
                  </w:rPr>
                  <w:t>[Enter text]</w:t>
                </w:r>
              </w:sdtContent>
            </w:sdt>
          </w:p>
        </w:tc>
      </w:tr>
      <w:tr>
        <w:trPr>
          <w:cantSplit/>
        </w:trPr>
        <w:tc>
          <w:tcPr>
            <w:tcW w:type="dxa" w:w="3504"/>
          </w:tcPr>
          <w:p>
            <w:pPr>
              <w:spacing w:after="40" w:before="40"/>
            </w:pPr>
            <w:sdt>
              <w:sdtPr>
                <w:id w:val="237"/>
                <w:tag w:val="Chest pain_no"/>
                <w:alias w:val="Chest pai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38"/>
                <w:tag w:val="Chest pain_yes"/>
                <w:alias w:val="Chest pai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Chest pain</w:t>
            </w:r>
          </w:p>
        </w:tc>
        <w:tc>
          <w:tcPr>
            <w:tcW w:type="dxa" w:w="3504"/>
          </w:tcPr>
          <w:p>
            <w:pPr>
              <w:spacing w:after="40" w:before="40"/>
            </w:pPr>
            <w:sdt>
              <w:sdtPr>
                <w:id w:val="239"/>
                <w:tag w:val="Chest pain_when"/>
                <w:alias w:val="Chest pain when"/>
                <w:text/>
              </w:sdtPr>
              <w:sdtContent>
                <w:r>
                  <w:rPr>
                    <w:color w:val="002E6E"/>
                    <w:rFonts w:ascii="Arial" w:hAnsi="Arial"/>
                  </w:rPr>
                  <w:t>[Enter text]</w:t>
                </w:r>
              </w:sdtContent>
            </w:sdt>
          </w:p>
        </w:tc>
      </w:tr>
      <w:tr>
        <w:trPr>
          <w:cantSplit/>
        </w:trPr>
        <w:tc>
          <w:tcPr>
            <w:tcW w:type="dxa" w:w="3504"/>
          </w:tcPr>
          <w:p>
            <w:pPr>
              <w:spacing w:after="40" w:before="40"/>
            </w:pPr>
            <w:sdt>
              <w:sdtPr>
                <w:id w:val="240"/>
                <w:tag w:val="Heart_no"/>
                <w:alias w:val="Heart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41"/>
                <w:tag w:val="Heart_yes"/>
                <w:alias w:val="Heart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Heart</w:t>
            </w:r>
          </w:p>
        </w:tc>
        <w:tc>
          <w:tcPr>
            <w:tcW w:type="dxa" w:w="3504"/>
          </w:tcPr>
          <w:p>
            <w:pPr>
              <w:spacing w:after="40" w:before="40"/>
            </w:pPr>
            <w:sdt>
              <w:sdtPr>
                <w:id w:val="242"/>
                <w:tag w:val="Heart_when"/>
                <w:alias w:val="Heart when"/>
                <w:text/>
              </w:sdtPr>
              <w:sdtContent>
                <w:r>
                  <w:rPr>
                    <w:color w:val="002E6E"/>
                    <w:rFonts w:ascii="Arial" w:hAnsi="Arial"/>
                  </w:rPr>
                  <w:t>[Enter text]</w:t>
                </w:r>
              </w:sdtContent>
            </w:sdt>
          </w:p>
        </w:tc>
      </w:tr>
      <w:tr>
        <w:trPr>
          <w:cantSplit/>
        </w:trPr>
        <w:tc>
          <w:tcPr>
            <w:tcW w:type="dxa" w:w="3504"/>
          </w:tcPr>
          <w:p>
            <w:pPr>
              <w:spacing w:after="40" w:before="40"/>
            </w:pPr>
            <w:sdt>
              <w:sdtPr>
                <w:id w:val="243"/>
                <w:tag w:val="Stomach_no"/>
                <w:alias w:val="Stomach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44"/>
                <w:tag w:val="Stomach_yes"/>
                <w:alias w:val="Stomach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Stomach</w:t>
            </w:r>
          </w:p>
        </w:tc>
        <w:tc>
          <w:tcPr>
            <w:tcW w:type="dxa" w:w="3504"/>
          </w:tcPr>
          <w:p>
            <w:pPr>
              <w:spacing w:after="40" w:before="40"/>
            </w:pPr>
            <w:sdt>
              <w:sdtPr>
                <w:id w:val="245"/>
                <w:tag w:val="Stomach_when"/>
                <w:alias w:val="Stomach when"/>
                <w:text/>
              </w:sdtPr>
              <w:sdtContent>
                <w:r>
                  <w:rPr>
                    <w:color w:val="002E6E"/>
                    <w:rFonts w:ascii="Arial" w:hAnsi="Arial"/>
                  </w:rPr>
                  <w:t>[Enter text]</w:t>
                </w:r>
              </w:sdtContent>
            </w:sdt>
          </w:p>
        </w:tc>
      </w:tr>
      <w:tr>
        <w:trPr>
          <w:cantSplit/>
        </w:trPr>
        <w:tc>
          <w:tcPr>
            <w:tcW w:type="dxa" w:w="3504"/>
          </w:tcPr>
          <w:p>
            <w:pPr>
              <w:spacing w:after="40" w:before="40"/>
            </w:pPr>
            <w:sdt>
              <w:sdtPr>
                <w:id w:val="246"/>
                <w:tag w:val="Bladder_no"/>
                <w:alias w:val="Bladder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47"/>
                <w:tag w:val="Bladder_yes"/>
                <w:alias w:val="Bladder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Bladder</w:t>
            </w:r>
          </w:p>
        </w:tc>
        <w:tc>
          <w:tcPr>
            <w:tcW w:type="dxa" w:w="3504"/>
          </w:tcPr>
          <w:p>
            <w:pPr>
              <w:spacing w:after="40" w:before="40"/>
            </w:pPr>
            <w:sdt>
              <w:sdtPr>
                <w:id w:val="248"/>
                <w:tag w:val="Bladder_when"/>
                <w:alias w:val="Bladder when"/>
                <w:text/>
              </w:sdtPr>
              <w:sdtContent>
                <w:r>
                  <w:rPr>
                    <w:color w:val="002E6E"/>
                    <w:rFonts w:ascii="Arial" w:hAnsi="Arial"/>
                  </w:rPr>
                  <w:t>[Enter text]</w:t>
                </w:r>
              </w:sdtContent>
            </w:sdt>
          </w:p>
        </w:tc>
      </w:tr>
      <w:tr>
        <w:trPr>
          <w:cantSplit/>
        </w:trPr>
        <w:tc>
          <w:tcPr>
            <w:tcW w:type="dxa" w:w="3504"/>
          </w:tcPr>
          <w:p>
            <w:pPr>
              <w:spacing w:after="40" w:before="40"/>
            </w:pPr>
            <w:sdt>
              <w:sdtPr>
                <w:id w:val="249"/>
                <w:tag w:val="Liver_no"/>
                <w:alias w:val="Liver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50"/>
                <w:tag w:val="Liver_yes"/>
                <w:alias w:val="Liver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Liver</w:t>
            </w:r>
          </w:p>
        </w:tc>
        <w:tc>
          <w:tcPr>
            <w:tcW w:type="dxa" w:w="3504"/>
          </w:tcPr>
          <w:p>
            <w:pPr>
              <w:spacing w:after="40" w:before="40"/>
            </w:pPr>
            <w:sdt>
              <w:sdtPr>
                <w:id w:val="251"/>
                <w:tag w:val="Liver_when"/>
                <w:alias w:val="Liver when"/>
                <w:text/>
              </w:sdtPr>
              <w:sdtContent>
                <w:r>
                  <w:rPr>
                    <w:color w:val="002E6E"/>
                    <w:rFonts w:ascii="Arial" w:hAnsi="Arial"/>
                  </w:rPr>
                  <w:t>[Enter text]</w:t>
                </w:r>
              </w:sdtContent>
            </w:sdt>
          </w:p>
        </w:tc>
      </w:tr>
      <w:tr>
        <w:trPr>
          <w:cantSplit/>
        </w:trPr>
        <w:tc>
          <w:tcPr>
            <w:tcW w:type="dxa" w:w="3504"/>
          </w:tcPr>
          <w:p>
            <w:pPr>
              <w:spacing w:after="40" w:before="40"/>
            </w:pPr>
            <w:sdt>
              <w:sdtPr>
                <w:id w:val="252"/>
                <w:tag w:val="Kidney_no"/>
                <w:alias w:val="Kidney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53"/>
                <w:tag w:val="Kidney_yes"/>
                <w:alias w:val="Kidney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Kidney</w:t>
            </w:r>
          </w:p>
        </w:tc>
        <w:tc>
          <w:tcPr>
            <w:tcW w:type="dxa" w:w="3504"/>
          </w:tcPr>
          <w:p>
            <w:pPr>
              <w:spacing w:after="40" w:before="40"/>
            </w:pPr>
            <w:sdt>
              <w:sdtPr>
                <w:id w:val="254"/>
                <w:tag w:val="Kidney_when"/>
                <w:alias w:val="Kidney when"/>
                <w:text/>
              </w:sdtPr>
              <w:sdtContent>
                <w:r>
                  <w:rPr>
                    <w:color w:val="002E6E"/>
                    <w:rFonts w:ascii="Arial" w:hAnsi="Arial"/>
                  </w:rPr>
                  <w:t>[Enter text]</w:t>
                </w:r>
              </w:sdtContent>
            </w:sdt>
          </w:p>
        </w:tc>
      </w:tr>
      <w:tr>
        <w:trPr>
          <w:cantSplit/>
        </w:trPr>
        <w:tc>
          <w:tcPr>
            <w:tcW w:type="dxa" w:w="3504"/>
          </w:tcPr>
          <w:p>
            <w:pPr>
              <w:spacing w:after="40" w:before="40"/>
            </w:pPr>
            <w:sdt>
              <w:sdtPr>
                <w:id w:val="255"/>
                <w:tag w:val="Colon_no"/>
                <w:alias w:val="Colo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56"/>
                <w:tag w:val="Colon_yes"/>
                <w:alias w:val="Colo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Colon</w:t>
            </w:r>
          </w:p>
        </w:tc>
        <w:tc>
          <w:tcPr>
            <w:tcW w:type="dxa" w:w="3504"/>
          </w:tcPr>
          <w:p>
            <w:pPr>
              <w:spacing w:after="40" w:before="40"/>
            </w:pPr>
            <w:sdt>
              <w:sdtPr>
                <w:id w:val="257"/>
                <w:tag w:val="Colon_when"/>
                <w:alias w:val="Colon when"/>
                <w:text/>
              </w:sdtPr>
              <w:sdtContent>
                <w:r>
                  <w:rPr>
                    <w:color w:val="002E6E"/>
                    <w:rFonts w:ascii="Arial" w:hAnsi="Arial"/>
                  </w:rPr>
                  <w:t>[Enter text]</w:t>
                </w:r>
              </w:sdtContent>
            </w:sdt>
          </w:p>
        </w:tc>
      </w:tr>
      <w:tr>
        <w:trPr>
          <w:cantSplit/>
        </w:trPr>
        <w:tc>
          <w:tcPr>
            <w:tcW w:type="dxa" w:w="3504"/>
          </w:tcPr>
          <w:p>
            <w:pPr>
              <w:spacing w:after="40" w:before="40"/>
            </w:pPr>
            <w:sdt>
              <w:sdtPr>
                <w:id w:val="258"/>
                <w:tag w:val="Hip_no"/>
                <w:alias w:val="Hip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59"/>
                <w:tag w:val="Hip_yes"/>
                <w:alias w:val="Hip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Hip</w:t>
            </w:r>
          </w:p>
        </w:tc>
        <w:tc>
          <w:tcPr>
            <w:tcW w:type="dxa" w:w="3504"/>
          </w:tcPr>
          <w:p>
            <w:pPr>
              <w:spacing w:after="40" w:before="40"/>
            </w:pPr>
            <w:sdt>
              <w:sdtPr>
                <w:id w:val="260"/>
                <w:tag w:val="Hip_when"/>
                <w:alias w:val="Hip when"/>
                <w:text/>
              </w:sdtPr>
              <w:sdtContent>
                <w:r>
                  <w:rPr>
                    <w:color w:val="002E6E"/>
                    <w:rFonts w:ascii="Arial" w:hAnsi="Arial"/>
                  </w:rPr>
                  <w:t>[Enter text]</w:t>
                </w:r>
              </w:sdtContent>
            </w:sdt>
          </w:p>
        </w:tc>
      </w:tr>
      <w:tr>
        <w:trPr>
          <w:cantSplit/>
        </w:trPr>
        <w:tc>
          <w:tcPr>
            <w:tcW w:type="dxa" w:w="3504"/>
          </w:tcPr>
          <w:p>
            <w:pPr>
              <w:spacing w:after="40" w:before="40"/>
            </w:pPr>
            <w:sdt>
              <w:sdtPr>
                <w:id w:val="261"/>
                <w:tag w:val="Circulation_no"/>
                <w:alias w:val="Circulation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62"/>
                <w:tag w:val="Circulation_yes"/>
                <w:alias w:val="Circulation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Circulation</w:t>
            </w:r>
          </w:p>
        </w:tc>
        <w:tc>
          <w:tcPr>
            <w:tcW w:type="dxa" w:w="3504"/>
          </w:tcPr>
          <w:p>
            <w:pPr>
              <w:spacing w:after="40" w:before="40"/>
            </w:pPr>
            <w:sdt>
              <w:sdtPr>
                <w:id w:val="263"/>
                <w:tag w:val="Circulation_when"/>
                <w:alias w:val="Circulation when"/>
                <w:text/>
              </w:sdtPr>
              <w:sdtContent>
                <w:r>
                  <w:rPr>
                    <w:color w:val="002E6E"/>
                    <w:rFonts w:ascii="Arial" w:hAnsi="Arial"/>
                  </w:rPr>
                  <w:t>[Enter text]</w:t>
                </w:r>
              </w:sdtContent>
            </w:sdt>
          </w:p>
        </w:tc>
      </w:tr>
      <w:tr>
        <w:trPr>
          <w:cantSplit/>
        </w:trPr>
        <w:tc>
          <w:tcPr>
            <w:tcW w:type="dxa" w:w="3504"/>
          </w:tcPr>
          <w:p>
            <w:pPr>
              <w:spacing w:after="40" w:before="40"/>
            </w:pPr>
            <w:sdt>
              <w:sdtPr>
                <w:id w:val="264"/>
                <w:tag w:val="Prostate_no"/>
                <w:alias w:val="Prostate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65"/>
                <w:tag w:val="Prostate_yes"/>
                <w:alias w:val="Prostate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Prostate</w:t>
            </w:r>
          </w:p>
        </w:tc>
        <w:tc>
          <w:tcPr>
            <w:tcW w:type="dxa" w:w="3504"/>
          </w:tcPr>
          <w:p>
            <w:pPr>
              <w:spacing w:after="40" w:before="40"/>
            </w:pPr>
            <w:sdt>
              <w:sdtPr>
                <w:id w:val="266"/>
                <w:tag w:val="Prostate_when"/>
                <w:alias w:val="Prostate when"/>
                <w:text/>
              </w:sdtPr>
              <w:sdtContent>
                <w:r>
                  <w:rPr>
                    <w:color w:val="002E6E"/>
                    <w:rFonts w:ascii="Arial" w:hAnsi="Arial"/>
                  </w:rPr>
                  <w:t>[Enter text]</w:t>
                </w:r>
              </w:sdtContent>
            </w:sdt>
          </w:p>
        </w:tc>
      </w:tr>
      <w:tr>
        <w:trPr>
          <w:cantSplit/>
        </w:trPr>
        <w:tc>
          <w:tcPr>
            <w:tcW w:type="dxa" w:w="3504"/>
          </w:tcPr>
          <w:p>
            <w:pPr>
              <w:spacing w:after="40" w:before="40"/>
            </w:pPr>
            <w:sdt>
              <w:sdtPr>
                <w:id w:val="267"/>
                <w:tag w:val="Breast_no"/>
                <w:alias w:val="Breast no"/>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No </w:t>
            </w:r>
            <w:sdt>
              <w:sdtPr>
                <w:id w:val="268"/>
                <w:tag w:val="Breast_yes"/>
                <w:alias w:val="Breast yes"/>
                <w14:checkbox>
                  <w14:checked w14:val="0"/>
                  <w14:checkedState w14:val="2612" w14:font="MS Gothic"/>
                  <w14:uncheckedState w14:val="2610" w14:font="MS Gothic"/>
                </w14:checkbox>
              </w:sdtPr>
              <w:sdtContent>
                <w:r>
                  <w:rPr>
                    <w:color w:val="002E6E"/>
                    <w:rFonts w:ascii="MS Gothic" w:hAnsi="MS Gothic"/>
                  </w:rPr>
                  <w:t>☐</w:t>
                </w:r>
              </w:sdtContent>
            </w:sdt>
            <w:r>
              <w:rPr>
                <w:sz w:val="18"/>
              </w:rPr>
              <w:t xml:space="preserve"> Yes</w:t>
            </w:r>
          </w:p>
        </w:tc>
        <w:tc>
          <w:tcPr>
            <w:tcW w:type="dxa" w:w="3504"/>
          </w:tcPr>
          <w:p>
            <w:pPr>
              <w:spacing w:after="40" w:before="40"/>
            </w:pPr>
            <w:r>
              <w:rPr>
                <w:sz w:val="18"/>
              </w:rPr>
              <w:t>Breast</w:t>
            </w:r>
          </w:p>
        </w:tc>
        <w:tc>
          <w:tcPr>
            <w:tcW w:type="dxa" w:w="3504"/>
          </w:tcPr>
          <w:p>
            <w:pPr>
              <w:spacing w:after="40" w:before="40"/>
            </w:pPr>
            <w:sdt>
              <w:sdtPr>
                <w:id w:val="269"/>
                <w:tag w:val="Breast_when"/>
                <w:alias w:val="Breast when"/>
                <w:text/>
              </w:sdtPr>
              <w:sdtContent>
                <w:r>
                  <w:rPr>
                    <w:color w:val="002E6E"/>
                    <w:rFonts w:ascii="Arial" w:hAnsi="Arial"/>
                  </w:rPr>
                  <w:t>[Enter text]</w:t>
                </w:r>
              </w:sdtContent>
            </w:sdt>
          </w:p>
        </w:tc>
      </w:tr>
    </w:tbl>
    <w:p>
      <w:r>
        <w:rPr>
          <w:b/>
        </w:rPr>
        <w:t xml:space="preserve">1. Have you ever been in an accident? </w:t>
      </w:r>
      <w:sdt>
        <w:sdtPr>
          <w:id w:val="270"/>
          <w:tag w:val="1. Have you ever been in an accident?_No"/>
          <w:alias w:val="1. Have you ever been in an accident?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71"/>
          <w:tag w:val="1. Have you ever been in an accident?_Yes"/>
          <w:alias w:val="1. Have you ever been in an accident?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2. Have you ever been hospitalized or had surgery? </w:t>
      </w:r>
      <w:sdt>
        <w:sdtPr>
          <w:id w:val="272"/>
          <w:tag w:val="2. Have you ever been hospitalized or had surgery?_No"/>
          <w:alias w:val="2. Have you ever been hospitalized or had surgery?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73"/>
          <w:tag w:val="2. Have you ever been hospitalized or had surgery?_Yes"/>
          <w:alias w:val="2. Have you ever been hospitalized or had surgery?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3. Have you ever had measles, mumps, rheumatic fever, sexually transmitted disease or any other type of infection? </w:t>
      </w:r>
      <w:sdt>
        <w:sdtPr>
          <w:id w:val="274"/>
          <w:tag w:val="3. Have you ever had measles, mumps, rheumatic fever, sexually transmitted disease or any other type of infection?_No"/>
          <w:alias w:val="3. Have you ever had measles, mumps, rheumatic fever, sexually transmitted disease or any other type of infection?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75"/>
          <w:tag w:val="3. Have you ever had measles, mumps, rheumatic fever, sexually transmitted disease or any other type of infection?_Yes"/>
          <w:alias w:val="3. Have you ever had measles, mumps, rheumatic fever, sexually transmitted disease or any other type of infection?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4. Have you or your family ever had cancer? </w:t>
      </w:r>
      <w:sdt>
        <w:sdtPr>
          <w:id w:val="276"/>
          <w:tag w:val="4. Have you or your family ever had cancer?_No"/>
          <w:alias w:val="4. Have you or your family ever had cancer?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77"/>
          <w:tag w:val="4. Have you or your family ever had cancer?_Yes"/>
          <w:alias w:val="4. Have you or your family ever had cancer?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5. Have you or a family member ever been diagnosed with diabetes? </w:t>
      </w:r>
      <w:sdt>
        <w:sdtPr>
          <w:id w:val="278"/>
          <w:tag w:val="5. Have you or a family member ever been diagnosed with diabetes?_No"/>
          <w:alias w:val="5. Have you or a family member ever been diagnosed with diabetes?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79"/>
          <w:tag w:val="5. Have you or a family member ever been diagnosed with diabetes?_Yes"/>
          <w:alias w:val="5. Have you or a family member ever been diagnosed with diabetes?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6. Has any family member ever had neck, back, or spinal problems? </w:t>
      </w:r>
      <w:sdt>
        <w:sdtPr>
          <w:id w:val="280"/>
          <w:tag w:val="6. Has any family member ever had neck, back, or spinal problems?_No"/>
          <w:alias w:val="6. Has any family member ever had neck, back, or spinal problems?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81"/>
          <w:tag w:val="6. Has any family member ever had neck, back, or spinal problems?_Yes"/>
          <w:alias w:val="6. Has any family member ever had neck, back, or spinal problems?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7. Do you drink alcohol, smoke cigarettes, or ever use any recreational drugs? </w:t>
      </w:r>
      <w:sdt>
        <w:sdtPr>
          <w:id w:val="282"/>
          <w:tag w:val="7. Do you drink alcohol, smoke cigarettes, or ever use any recreational drugs?_No"/>
          <w:alias w:val="7. Do you drink alcohol, smoke cigarettes, or ever use any recreational drugs?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83"/>
          <w:tag w:val="7. Do you drink alcohol, smoke cigarettes, or ever use any recreational drugs?_Yes"/>
          <w:alias w:val="7. Do you drink alcohol, smoke cigarettes, or ever use any recreational drugs?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8. If female, any possibility of currently being pregnant? </w:t>
      </w:r>
      <w:sdt>
        <w:sdtPr>
          <w:id w:val="284"/>
          <w:tag w:val="8. If female, any possibility of currently being pregnant?_No"/>
          <w:alias w:val="8. If female, any possibility of currently being pregnant? No"/>
          <w14:checkbox>
            <w14:checked w14:val="0"/>
            <w14:checkedState w14:val="2612" w14:font="MS Gothic"/>
            <w14:uncheckedState w14:val="2610" w14:font="MS Gothic"/>
          </w14:checkbox>
        </w:sdtPr>
        <w:sdtContent>
          <w:r>
            <w:rPr>
              <w:color w:val="002E6E"/>
              <w:rFonts w:ascii="MS Gothic" w:hAnsi="MS Gothic"/>
            </w:rPr>
            <w:t>☐</w:t>
          </w:r>
        </w:sdtContent>
      </w:sdt>
      <w:r>
        <w:t xml:space="preserve"> No </w:t>
      </w:r>
      <w:sdt>
        <w:sdtPr>
          <w:id w:val="285"/>
          <w:tag w:val="8. If female, any possibility of currently being pregnant?_Yes"/>
          <w:alias w:val="8. If female, any possibility of currently being pregnant? Yes"/>
          <w14:checkbox>
            <w14:checked w14:val="0"/>
            <w14:checkedState w14:val="2612" w14:font="MS Gothic"/>
            <w14:uncheckedState w14:val="2610" w14:font="MS Gothic"/>
          </w14:checkbox>
        </w:sdtPr>
        <w:sdtContent>
          <w:r>
            <w:rPr>
              <w:color w:val="002E6E"/>
              <w:rFonts w:ascii="MS Gothic" w:hAnsi="MS Gothic"/>
            </w:rPr>
            <w:t>☐</w:t>
          </w:r>
        </w:sdtContent>
      </w:sdt>
      <w:r>
        <w:t xml:space="preserve"> Yes </w:t>
      </w:r>
    </w:p>
    <w:p>
      <w:r>
        <w:rPr>
          <w:b/>
        </w:rPr>
        <w:t xml:space="preserve">If you answered "yes" to any of the items above, please explain: </w:t>
      </w:r>
      <w:sdt>
        <w:sdtPr>
          <w:id w:val="286"/>
          <w:tag w:val="If you answered &quot;yes&quot; to any of the items above, please explain:"/>
          <w:alias w:val="If you answered &quot;yes&quot; to any of the items above, please explain:"/>
          <w:text/>
        </w:sdtPr>
        <w:sdtContent>
          <w:r>
            <w:rPr>
              <w:color w:val="002E6E"/>
              <w:rFonts w:ascii="Arial" w:hAnsi="Arial"/>
            </w:rPr>
            <w:t>[Click or tap here to enter text]</w:t>
          </w:r>
        </w:sdtContent>
      </w:sdt>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Patient Signature</w:t>
              <w:br/>
            </w:r>
            <w:sdt>
              <w:sdtPr>
                <w:id w:val="288"/>
                <w:tag w:val="field_287"/>
                <w:alias w:val="field 287"/>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290"/>
                <w:tag w:val="field_289"/>
                <w:alias w:val="field 289"/>
                <w:text/>
              </w:sdtPr>
              <w:sdtContent>
                <w:r>
                  <w:rPr>
                    <w:color w:val="002E6E"/>
                    <w:rFonts w:ascii="Arial" w:hAnsi="Arial"/>
                  </w:rPr>
                  <w:t>[Enter text]</w:t>
                </w:r>
              </w:sdtContent>
            </w:sdt>
          </w:p>
        </w:tc>
      </w:tr>
      <w:tr>
        <w:trPr>
          <w:cantSplit/>
        </w:trPr>
        <w:tc>
          <w:tcPr>
            <w:tcW w:type="dxa" w:w="5256"/>
            <w:vAlign w:val="center"/>
            <w:shd w:fill="F2F5F8"/>
          </w:tcPr>
          <w:p>
            <w:pPr>
              <w:spacing w:after="100"/>
            </w:pPr>
            <w:r>
              <w:rPr>
                <w:b/>
                <w:sz w:val="18"/>
              </w:rPr>
              <w:t>Parent or Guardian Signature</w:t>
              <w:br/>
            </w:r>
            <w:sdt>
              <w:sdtPr>
                <w:id w:val="292"/>
                <w:tag w:val="field_291"/>
                <w:alias w:val="field 291"/>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294"/>
                <w:tag w:val="field_293"/>
                <w:alias w:val="field 293"/>
                <w:text/>
              </w:sdtPr>
              <w:sdtContent>
                <w:r>
                  <w:rPr>
                    <w:color w:val="002E6E"/>
                    <w:rFonts w:ascii="Arial" w:hAnsi="Arial"/>
                  </w:rPr>
                  <w:t>[Enter text]</w:t>
                </w:r>
              </w:sdtContent>
            </w:sdt>
          </w:p>
        </w:tc>
      </w:tr>
    </w:tbl>
    <w:p>
      <w:pPr>
        <w:spacing w:after="60" w:line="20" w:lineRule="exact"/>
      </w:pPr>
      <w:r>
        <w:rPr>
          <w:sz w:val="2"/>
        </w:rPr>
      </w:r>
    </w:p>
    <w:p>
      <w:pPr>
        <w:pStyle w:val="Heading1"/>
        <w:pageBreakBefore/>
      </w:pPr>
      <w:r>
        <w:t>Pain and sensations</w:t>
      </w:r>
    </w:p>
    <w:p>
      <w:r>
        <w:t>Please use the appropriate letters below to indicate the type and location of your sensations right now.</w:t>
      </w:r>
    </w:p>
    <w:p>
      <w:r>
        <w:t>A=ACHE          B=BURNING          S=STABBING</w:t>
        <w:br/>
        <w:t>N=NUMBNESS          P=PINS &amp; NEEDLES          O=OTHER</w:t>
      </w:r>
    </w:p>
    <w:p>
      <w:pPr>
        <w:jc w:val="center"/>
      </w:pPr>
      <w:r>
        <w:drawing>
          <wp:inline xmlns:a="http://schemas.openxmlformats.org/drawingml/2006/main" xmlns:pic="http://schemas.openxmlformats.org/drawingml/2006/picture">
            <wp:extent cx="4206240" cy="3600797"/>
            <wp:docPr id="1" name="Picture 1"/>
            <wp:cNvGraphicFramePr>
              <a:graphicFrameLocks noChangeAspect="1"/>
            </wp:cNvGraphicFramePr>
            <a:graphic>
              <a:graphicData uri="http://schemas.openxmlformats.org/drawingml/2006/picture">
                <pic:pic>
                  <pic:nvPicPr>
                    <pic:cNvPr id="0" name="body-diagram.png"/>
                    <pic:cNvPicPr/>
                  </pic:nvPicPr>
                  <pic:blipFill>
                    <a:blip r:embed="rId9"/>
                    <a:stretch>
                      <a:fillRect/>
                    </a:stretch>
                  </pic:blipFill>
                  <pic:spPr>
                    <a:xfrm>
                      <a:off x="0" y="0"/>
                      <a:ext cx="4206240" cy="3600797"/>
                    </a:xfrm>
                    <a:prstGeom prst="rect"/>
                  </pic:spPr>
                </pic:pic>
              </a:graphicData>
            </a:graphic>
          </wp:inline>
        </w:drawing>
      </w:r>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Type and location of sensations</w:t>
              <w:br/>
            </w:r>
            <w:sdt>
              <w:sdtPr>
                <w:id w:val="296"/>
                <w:tag w:val="field_295"/>
                <w:alias w:val="field 295"/>
                <w:text/>
              </w:sdtPr>
              <w:sdtContent>
                <w:r>
                  <w:rPr>
                    <w:color w:val="002E6E"/>
                    <w:rFonts w:ascii="Arial" w:hAnsi="Arial"/>
                  </w:rPr>
                  <w:t>[Enter text]</w:t>
                </w:r>
              </w:sdtContent>
            </w:sdt>
          </w:p>
        </w:tc>
        <w:tc>
          <w:tcPr>
            <w:tcW w:type="dxa" w:w="5256"/>
            <w:vAlign w:val="center"/>
            <w:shd w:fill="F2F5F8"/>
          </w:tcPr>
          <w:p>
            <w:pPr>
              <w:spacing w:after="100"/>
            </w:pPr>
            <w:r>
              <w:rPr>
                <w:b/>
                <w:sz w:val="18"/>
              </w:rPr>
              <w:t>Type and location of sensations</w:t>
              <w:br/>
            </w:r>
            <w:sdt>
              <w:sdtPr>
                <w:id w:val="298"/>
                <w:tag w:val="field_297"/>
                <w:alias w:val="field 297"/>
                <w:text/>
              </w:sdtPr>
              <w:sdtContent>
                <w:r>
                  <w:rPr>
                    <w:color w:val="002E6E"/>
                    <w:rFonts w:ascii="Arial" w:hAnsi="Arial"/>
                  </w:rPr>
                  <w:t>[Enter text]</w:t>
                </w:r>
              </w:sdtContent>
            </w:sdt>
          </w:p>
        </w:tc>
      </w:tr>
    </w:tbl>
    <w:p>
      <w:pPr>
        <w:spacing w:after="60" w:line="20" w:lineRule="exact"/>
      </w:pPr>
      <w:r>
        <w:rPr>
          <w:sz w:val="2"/>
        </w:rPr>
      </w:r>
    </w:p>
    <w:p>
      <w:r>
        <w:t>Please rate the severity of your pain by circling a number on each line below.</w:t>
      </w:r>
    </w:p>
    <w:p>
      <w:r>
        <w:rPr>
          <w:b/>
        </w:rPr>
        <w:t xml:space="preserve">RIGHT NOW   No pain </w:t>
      </w:r>
      <w:sdt>
        <w:sdtPr>
          <w:id w:val="299"/>
          <w:tag w:val="pain_RIGHT NOW_0"/>
          <w:alias w:val="pain RIGHT NOW 0"/>
          <w14:checkbox>
            <w14:checked w14:val="0"/>
            <w14:checkedState w14:val="2612" w14:font="MS Gothic"/>
            <w14:uncheckedState w14:val="2610" w14:font="MS Gothic"/>
          </w14:checkbox>
        </w:sdtPr>
        <w:sdtContent>
          <w:r>
            <w:rPr>
              <w:color w:val="002E6E"/>
              <w:rFonts w:ascii="MS Gothic" w:hAnsi="MS Gothic"/>
            </w:rPr>
            <w:t>☐</w:t>
          </w:r>
        </w:sdtContent>
      </w:sdt>
      <w:r>
        <w:t xml:space="preserve"> 0 </w:t>
      </w:r>
      <w:sdt>
        <w:sdtPr>
          <w:id w:val="300"/>
          <w:tag w:val="pain_RIGHT NOW_1"/>
          <w:alias w:val="pain RIGHT NOW 1"/>
          <w14:checkbox>
            <w14:checked w14:val="0"/>
            <w14:checkedState w14:val="2612" w14:font="MS Gothic"/>
            <w14:uncheckedState w14:val="2610" w14:font="MS Gothic"/>
          </w14:checkbox>
        </w:sdtPr>
        <w:sdtContent>
          <w:r>
            <w:rPr>
              <w:color w:val="002E6E"/>
              <w:rFonts w:ascii="MS Gothic" w:hAnsi="MS Gothic"/>
            </w:rPr>
            <w:t>☐</w:t>
          </w:r>
        </w:sdtContent>
      </w:sdt>
      <w:r>
        <w:t xml:space="preserve"> 1 </w:t>
      </w:r>
      <w:sdt>
        <w:sdtPr>
          <w:id w:val="301"/>
          <w:tag w:val="pain_RIGHT NOW_2"/>
          <w:alias w:val="pain RIGHT NOW 2"/>
          <w14:checkbox>
            <w14:checked w14:val="0"/>
            <w14:checkedState w14:val="2612" w14:font="MS Gothic"/>
            <w14:uncheckedState w14:val="2610" w14:font="MS Gothic"/>
          </w14:checkbox>
        </w:sdtPr>
        <w:sdtContent>
          <w:r>
            <w:rPr>
              <w:color w:val="002E6E"/>
              <w:rFonts w:ascii="MS Gothic" w:hAnsi="MS Gothic"/>
            </w:rPr>
            <w:t>☐</w:t>
          </w:r>
        </w:sdtContent>
      </w:sdt>
      <w:r>
        <w:t xml:space="preserve"> 2 </w:t>
      </w:r>
      <w:sdt>
        <w:sdtPr>
          <w:id w:val="302"/>
          <w:tag w:val="pain_RIGHT NOW_3"/>
          <w:alias w:val="pain RIGHT NOW 3"/>
          <w14:checkbox>
            <w14:checked w14:val="0"/>
            <w14:checkedState w14:val="2612" w14:font="MS Gothic"/>
            <w14:uncheckedState w14:val="2610" w14:font="MS Gothic"/>
          </w14:checkbox>
        </w:sdtPr>
        <w:sdtContent>
          <w:r>
            <w:rPr>
              <w:color w:val="002E6E"/>
              <w:rFonts w:ascii="MS Gothic" w:hAnsi="MS Gothic"/>
            </w:rPr>
            <w:t>☐</w:t>
          </w:r>
        </w:sdtContent>
      </w:sdt>
      <w:r>
        <w:t xml:space="preserve"> 3 </w:t>
      </w:r>
      <w:sdt>
        <w:sdtPr>
          <w:id w:val="303"/>
          <w:tag w:val="pain_RIGHT NOW_4"/>
          <w:alias w:val="pain RIGHT NOW 4"/>
          <w14:checkbox>
            <w14:checked w14:val="0"/>
            <w14:checkedState w14:val="2612" w14:font="MS Gothic"/>
            <w14:uncheckedState w14:val="2610" w14:font="MS Gothic"/>
          </w14:checkbox>
        </w:sdtPr>
        <w:sdtContent>
          <w:r>
            <w:rPr>
              <w:color w:val="002E6E"/>
              <w:rFonts w:ascii="MS Gothic" w:hAnsi="MS Gothic"/>
            </w:rPr>
            <w:t>☐</w:t>
          </w:r>
        </w:sdtContent>
      </w:sdt>
      <w:r>
        <w:t xml:space="preserve"> 4 </w:t>
      </w:r>
      <w:sdt>
        <w:sdtPr>
          <w:id w:val="304"/>
          <w:tag w:val="pain_RIGHT NOW_5"/>
          <w:alias w:val="pain RIGHT NOW 5"/>
          <w14:checkbox>
            <w14:checked w14:val="0"/>
            <w14:checkedState w14:val="2612" w14:font="MS Gothic"/>
            <w14:uncheckedState w14:val="2610" w14:font="MS Gothic"/>
          </w14:checkbox>
        </w:sdtPr>
        <w:sdtContent>
          <w:r>
            <w:rPr>
              <w:color w:val="002E6E"/>
              <w:rFonts w:ascii="MS Gothic" w:hAnsi="MS Gothic"/>
            </w:rPr>
            <w:t>☐</w:t>
          </w:r>
        </w:sdtContent>
      </w:sdt>
      <w:r>
        <w:t xml:space="preserve"> 5 </w:t>
      </w:r>
      <w:sdt>
        <w:sdtPr>
          <w:id w:val="305"/>
          <w:tag w:val="pain_RIGHT NOW_6"/>
          <w:alias w:val="pain RIGHT NOW 6"/>
          <w14:checkbox>
            <w14:checked w14:val="0"/>
            <w14:checkedState w14:val="2612" w14:font="MS Gothic"/>
            <w14:uncheckedState w14:val="2610" w14:font="MS Gothic"/>
          </w14:checkbox>
        </w:sdtPr>
        <w:sdtContent>
          <w:r>
            <w:rPr>
              <w:color w:val="002E6E"/>
              <w:rFonts w:ascii="MS Gothic" w:hAnsi="MS Gothic"/>
            </w:rPr>
            <w:t>☐</w:t>
          </w:r>
        </w:sdtContent>
      </w:sdt>
      <w:r>
        <w:t xml:space="preserve"> 6 </w:t>
      </w:r>
      <w:sdt>
        <w:sdtPr>
          <w:id w:val="306"/>
          <w:tag w:val="pain_RIGHT NOW_7"/>
          <w:alias w:val="pain RIGHT NOW 7"/>
          <w14:checkbox>
            <w14:checked w14:val="0"/>
            <w14:checkedState w14:val="2612" w14:font="MS Gothic"/>
            <w14:uncheckedState w14:val="2610" w14:font="MS Gothic"/>
          </w14:checkbox>
        </w:sdtPr>
        <w:sdtContent>
          <w:r>
            <w:rPr>
              <w:color w:val="002E6E"/>
              <w:rFonts w:ascii="MS Gothic" w:hAnsi="MS Gothic"/>
            </w:rPr>
            <w:t>☐</w:t>
          </w:r>
        </w:sdtContent>
      </w:sdt>
      <w:r>
        <w:t xml:space="preserve"> 7 </w:t>
      </w:r>
      <w:sdt>
        <w:sdtPr>
          <w:id w:val="307"/>
          <w:tag w:val="pain_RIGHT NOW_8"/>
          <w:alias w:val="pain RIGHT NOW 8"/>
          <w14:checkbox>
            <w14:checked w14:val="0"/>
            <w14:checkedState w14:val="2612" w14:font="MS Gothic"/>
            <w14:uncheckedState w14:val="2610" w14:font="MS Gothic"/>
          </w14:checkbox>
        </w:sdtPr>
        <w:sdtContent>
          <w:r>
            <w:rPr>
              <w:color w:val="002E6E"/>
              <w:rFonts w:ascii="MS Gothic" w:hAnsi="MS Gothic"/>
            </w:rPr>
            <w:t>☐</w:t>
          </w:r>
        </w:sdtContent>
      </w:sdt>
      <w:r>
        <w:t xml:space="preserve"> 8 </w:t>
      </w:r>
      <w:sdt>
        <w:sdtPr>
          <w:id w:val="308"/>
          <w:tag w:val="pain_RIGHT NOW_9"/>
          <w:alias w:val="pain RIGHT NOW 9"/>
          <w14:checkbox>
            <w14:checked w14:val="0"/>
            <w14:checkedState w14:val="2612" w14:font="MS Gothic"/>
            <w14:uncheckedState w14:val="2610" w14:font="MS Gothic"/>
          </w14:checkbox>
        </w:sdtPr>
        <w:sdtContent>
          <w:r>
            <w:rPr>
              <w:color w:val="002E6E"/>
              <w:rFonts w:ascii="MS Gothic" w:hAnsi="MS Gothic"/>
            </w:rPr>
            <w:t>☐</w:t>
          </w:r>
        </w:sdtContent>
      </w:sdt>
      <w:r>
        <w:t xml:space="preserve"> 9 </w:t>
      </w:r>
      <w:sdt>
        <w:sdtPr>
          <w:id w:val="309"/>
          <w:tag w:val="pain_RIGHT NOW_10"/>
          <w:alias w:val="pain RIGHT NOW 10"/>
          <w14:checkbox>
            <w14:checked w14:val="0"/>
            <w14:checkedState w14:val="2612" w14:font="MS Gothic"/>
            <w14:uncheckedState w14:val="2610" w14:font="MS Gothic"/>
          </w14:checkbox>
        </w:sdtPr>
        <w:sdtContent>
          <w:r>
            <w:rPr>
              <w:color w:val="002E6E"/>
              <w:rFonts w:ascii="MS Gothic" w:hAnsi="MS Gothic"/>
            </w:rPr>
            <w:t>☐</w:t>
          </w:r>
        </w:sdtContent>
      </w:sdt>
      <w:r>
        <w:t xml:space="preserve"> 10 </w:t>
      </w:r>
      <w:r>
        <w:t>Unbearable Pain</w:t>
      </w:r>
    </w:p>
    <w:p>
      <w:r>
        <w:rPr>
          <w:b/>
        </w:rPr>
        <w:t xml:space="preserve">BEST in the past week   No pain </w:t>
      </w:r>
      <w:sdt>
        <w:sdtPr>
          <w:id w:val="310"/>
          <w:tag w:val="pain_BEST in the past week_0"/>
          <w:alias w:val="pain BEST in the past week 0"/>
          <w14:checkbox>
            <w14:checked w14:val="0"/>
            <w14:checkedState w14:val="2612" w14:font="MS Gothic"/>
            <w14:uncheckedState w14:val="2610" w14:font="MS Gothic"/>
          </w14:checkbox>
        </w:sdtPr>
        <w:sdtContent>
          <w:r>
            <w:rPr>
              <w:color w:val="002E6E"/>
              <w:rFonts w:ascii="MS Gothic" w:hAnsi="MS Gothic"/>
            </w:rPr>
            <w:t>☐</w:t>
          </w:r>
        </w:sdtContent>
      </w:sdt>
      <w:r>
        <w:t xml:space="preserve"> 0 </w:t>
      </w:r>
      <w:sdt>
        <w:sdtPr>
          <w:id w:val="311"/>
          <w:tag w:val="pain_BEST in the past week_1"/>
          <w:alias w:val="pain BEST in the past week 1"/>
          <w14:checkbox>
            <w14:checked w14:val="0"/>
            <w14:checkedState w14:val="2612" w14:font="MS Gothic"/>
            <w14:uncheckedState w14:val="2610" w14:font="MS Gothic"/>
          </w14:checkbox>
        </w:sdtPr>
        <w:sdtContent>
          <w:r>
            <w:rPr>
              <w:color w:val="002E6E"/>
              <w:rFonts w:ascii="MS Gothic" w:hAnsi="MS Gothic"/>
            </w:rPr>
            <w:t>☐</w:t>
          </w:r>
        </w:sdtContent>
      </w:sdt>
      <w:r>
        <w:t xml:space="preserve"> 1 </w:t>
      </w:r>
      <w:sdt>
        <w:sdtPr>
          <w:id w:val="312"/>
          <w:tag w:val="pain_BEST in the past week_2"/>
          <w:alias w:val="pain BEST in the past week 2"/>
          <w14:checkbox>
            <w14:checked w14:val="0"/>
            <w14:checkedState w14:val="2612" w14:font="MS Gothic"/>
            <w14:uncheckedState w14:val="2610" w14:font="MS Gothic"/>
          </w14:checkbox>
        </w:sdtPr>
        <w:sdtContent>
          <w:r>
            <w:rPr>
              <w:color w:val="002E6E"/>
              <w:rFonts w:ascii="MS Gothic" w:hAnsi="MS Gothic"/>
            </w:rPr>
            <w:t>☐</w:t>
          </w:r>
        </w:sdtContent>
      </w:sdt>
      <w:r>
        <w:t xml:space="preserve"> 2 </w:t>
      </w:r>
      <w:sdt>
        <w:sdtPr>
          <w:id w:val="313"/>
          <w:tag w:val="pain_BEST in the past week_3"/>
          <w:alias w:val="pain BEST in the past week 3"/>
          <w14:checkbox>
            <w14:checked w14:val="0"/>
            <w14:checkedState w14:val="2612" w14:font="MS Gothic"/>
            <w14:uncheckedState w14:val="2610" w14:font="MS Gothic"/>
          </w14:checkbox>
        </w:sdtPr>
        <w:sdtContent>
          <w:r>
            <w:rPr>
              <w:color w:val="002E6E"/>
              <w:rFonts w:ascii="MS Gothic" w:hAnsi="MS Gothic"/>
            </w:rPr>
            <w:t>☐</w:t>
          </w:r>
        </w:sdtContent>
      </w:sdt>
      <w:r>
        <w:t xml:space="preserve"> 3 </w:t>
      </w:r>
      <w:sdt>
        <w:sdtPr>
          <w:id w:val="314"/>
          <w:tag w:val="pain_BEST in the past week_4"/>
          <w:alias w:val="pain BEST in the past week 4"/>
          <w14:checkbox>
            <w14:checked w14:val="0"/>
            <w14:checkedState w14:val="2612" w14:font="MS Gothic"/>
            <w14:uncheckedState w14:val="2610" w14:font="MS Gothic"/>
          </w14:checkbox>
        </w:sdtPr>
        <w:sdtContent>
          <w:r>
            <w:rPr>
              <w:color w:val="002E6E"/>
              <w:rFonts w:ascii="MS Gothic" w:hAnsi="MS Gothic"/>
            </w:rPr>
            <w:t>☐</w:t>
          </w:r>
        </w:sdtContent>
      </w:sdt>
      <w:r>
        <w:t xml:space="preserve"> 4 </w:t>
      </w:r>
      <w:sdt>
        <w:sdtPr>
          <w:id w:val="315"/>
          <w:tag w:val="pain_BEST in the past week_5"/>
          <w:alias w:val="pain BEST in the past week 5"/>
          <w14:checkbox>
            <w14:checked w14:val="0"/>
            <w14:checkedState w14:val="2612" w14:font="MS Gothic"/>
            <w14:uncheckedState w14:val="2610" w14:font="MS Gothic"/>
          </w14:checkbox>
        </w:sdtPr>
        <w:sdtContent>
          <w:r>
            <w:rPr>
              <w:color w:val="002E6E"/>
              <w:rFonts w:ascii="MS Gothic" w:hAnsi="MS Gothic"/>
            </w:rPr>
            <w:t>☐</w:t>
          </w:r>
        </w:sdtContent>
      </w:sdt>
      <w:r>
        <w:t xml:space="preserve"> 5 </w:t>
      </w:r>
      <w:sdt>
        <w:sdtPr>
          <w:id w:val="316"/>
          <w:tag w:val="pain_BEST in the past week_6"/>
          <w:alias w:val="pain BEST in the past week 6"/>
          <w14:checkbox>
            <w14:checked w14:val="0"/>
            <w14:checkedState w14:val="2612" w14:font="MS Gothic"/>
            <w14:uncheckedState w14:val="2610" w14:font="MS Gothic"/>
          </w14:checkbox>
        </w:sdtPr>
        <w:sdtContent>
          <w:r>
            <w:rPr>
              <w:color w:val="002E6E"/>
              <w:rFonts w:ascii="MS Gothic" w:hAnsi="MS Gothic"/>
            </w:rPr>
            <w:t>☐</w:t>
          </w:r>
        </w:sdtContent>
      </w:sdt>
      <w:r>
        <w:t xml:space="preserve"> 6 </w:t>
      </w:r>
      <w:sdt>
        <w:sdtPr>
          <w:id w:val="317"/>
          <w:tag w:val="pain_BEST in the past week_7"/>
          <w:alias w:val="pain BEST in the past week 7"/>
          <w14:checkbox>
            <w14:checked w14:val="0"/>
            <w14:checkedState w14:val="2612" w14:font="MS Gothic"/>
            <w14:uncheckedState w14:val="2610" w14:font="MS Gothic"/>
          </w14:checkbox>
        </w:sdtPr>
        <w:sdtContent>
          <w:r>
            <w:rPr>
              <w:color w:val="002E6E"/>
              <w:rFonts w:ascii="MS Gothic" w:hAnsi="MS Gothic"/>
            </w:rPr>
            <w:t>☐</w:t>
          </w:r>
        </w:sdtContent>
      </w:sdt>
      <w:r>
        <w:t xml:space="preserve"> 7 </w:t>
      </w:r>
      <w:sdt>
        <w:sdtPr>
          <w:id w:val="318"/>
          <w:tag w:val="pain_BEST in the past week_8"/>
          <w:alias w:val="pain BEST in the past week 8"/>
          <w14:checkbox>
            <w14:checked w14:val="0"/>
            <w14:checkedState w14:val="2612" w14:font="MS Gothic"/>
            <w14:uncheckedState w14:val="2610" w14:font="MS Gothic"/>
          </w14:checkbox>
        </w:sdtPr>
        <w:sdtContent>
          <w:r>
            <w:rPr>
              <w:color w:val="002E6E"/>
              <w:rFonts w:ascii="MS Gothic" w:hAnsi="MS Gothic"/>
            </w:rPr>
            <w:t>☐</w:t>
          </w:r>
        </w:sdtContent>
      </w:sdt>
      <w:r>
        <w:t xml:space="preserve"> 8 </w:t>
      </w:r>
      <w:sdt>
        <w:sdtPr>
          <w:id w:val="319"/>
          <w:tag w:val="pain_BEST in the past week_9"/>
          <w:alias w:val="pain BEST in the past week 9"/>
          <w14:checkbox>
            <w14:checked w14:val="0"/>
            <w14:checkedState w14:val="2612" w14:font="MS Gothic"/>
            <w14:uncheckedState w14:val="2610" w14:font="MS Gothic"/>
          </w14:checkbox>
        </w:sdtPr>
        <w:sdtContent>
          <w:r>
            <w:rPr>
              <w:color w:val="002E6E"/>
              <w:rFonts w:ascii="MS Gothic" w:hAnsi="MS Gothic"/>
            </w:rPr>
            <w:t>☐</w:t>
          </w:r>
        </w:sdtContent>
      </w:sdt>
      <w:r>
        <w:t xml:space="preserve"> 9 </w:t>
      </w:r>
      <w:sdt>
        <w:sdtPr>
          <w:id w:val="320"/>
          <w:tag w:val="pain_BEST in the past week_10"/>
          <w:alias w:val="pain BEST in the past week 10"/>
          <w14:checkbox>
            <w14:checked w14:val="0"/>
            <w14:checkedState w14:val="2612" w14:font="MS Gothic"/>
            <w14:uncheckedState w14:val="2610" w14:font="MS Gothic"/>
          </w14:checkbox>
        </w:sdtPr>
        <w:sdtContent>
          <w:r>
            <w:rPr>
              <w:color w:val="002E6E"/>
              <w:rFonts w:ascii="MS Gothic" w:hAnsi="MS Gothic"/>
            </w:rPr>
            <w:t>☐</w:t>
          </w:r>
        </w:sdtContent>
      </w:sdt>
      <w:r>
        <w:t xml:space="preserve"> 10 </w:t>
      </w:r>
      <w:r>
        <w:t>Unbearable Pain</w:t>
      </w:r>
    </w:p>
    <w:p>
      <w:r>
        <w:rPr>
          <w:b/>
        </w:rPr>
        <w:t xml:space="preserve">AVERAGE in past week   No pain </w:t>
      </w:r>
      <w:sdt>
        <w:sdtPr>
          <w:id w:val="321"/>
          <w:tag w:val="pain_AVERAGE in past week_0"/>
          <w:alias w:val="pain AVERAGE in past week 0"/>
          <w14:checkbox>
            <w14:checked w14:val="0"/>
            <w14:checkedState w14:val="2612" w14:font="MS Gothic"/>
            <w14:uncheckedState w14:val="2610" w14:font="MS Gothic"/>
          </w14:checkbox>
        </w:sdtPr>
        <w:sdtContent>
          <w:r>
            <w:rPr>
              <w:color w:val="002E6E"/>
              <w:rFonts w:ascii="MS Gothic" w:hAnsi="MS Gothic"/>
            </w:rPr>
            <w:t>☐</w:t>
          </w:r>
        </w:sdtContent>
      </w:sdt>
      <w:r>
        <w:t xml:space="preserve"> 0 </w:t>
      </w:r>
      <w:sdt>
        <w:sdtPr>
          <w:id w:val="322"/>
          <w:tag w:val="pain_AVERAGE in past week_1"/>
          <w:alias w:val="pain AVERAGE in past week 1"/>
          <w14:checkbox>
            <w14:checked w14:val="0"/>
            <w14:checkedState w14:val="2612" w14:font="MS Gothic"/>
            <w14:uncheckedState w14:val="2610" w14:font="MS Gothic"/>
          </w14:checkbox>
        </w:sdtPr>
        <w:sdtContent>
          <w:r>
            <w:rPr>
              <w:color w:val="002E6E"/>
              <w:rFonts w:ascii="MS Gothic" w:hAnsi="MS Gothic"/>
            </w:rPr>
            <w:t>☐</w:t>
          </w:r>
        </w:sdtContent>
      </w:sdt>
      <w:r>
        <w:t xml:space="preserve"> 1 </w:t>
      </w:r>
      <w:sdt>
        <w:sdtPr>
          <w:id w:val="323"/>
          <w:tag w:val="pain_AVERAGE in past week_2"/>
          <w:alias w:val="pain AVERAGE in past week 2"/>
          <w14:checkbox>
            <w14:checked w14:val="0"/>
            <w14:checkedState w14:val="2612" w14:font="MS Gothic"/>
            <w14:uncheckedState w14:val="2610" w14:font="MS Gothic"/>
          </w14:checkbox>
        </w:sdtPr>
        <w:sdtContent>
          <w:r>
            <w:rPr>
              <w:color w:val="002E6E"/>
              <w:rFonts w:ascii="MS Gothic" w:hAnsi="MS Gothic"/>
            </w:rPr>
            <w:t>☐</w:t>
          </w:r>
        </w:sdtContent>
      </w:sdt>
      <w:r>
        <w:t xml:space="preserve"> 2 </w:t>
      </w:r>
      <w:sdt>
        <w:sdtPr>
          <w:id w:val="324"/>
          <w:tag w:val="pain_AVERAGE in past week_3"/>
          <w:alias w:val="pain AVERAGE in past week 3"/>
          <w14:checkbox>
            <w14:checked w14:val="0"/>
            <w14:checkedState w14:val="2612" w14:font="MS Gothic"/>
            <w14:uncheckedState w14:val="2610" w14:font="MS Gothic"/>
          </w14:checkbox>
        </w:sdtPr>
        <w:sdtContent>
          <w:r>
            <w:rPr>
              <w:color w:val="002E6E"/>
              <w:rFonts w:ascii="MS Gothic" w:hAnsi="MS Gothic"/>
            </w:rPr>
            <w:t>☐</w:t>
          </w:r>
        </w:sdtContent>
      </w:sdt>
      <w:r>
        <w:t xml:space="preserve"> 3 </w:t>
      </w:r>
      <w:sdt>
        <w:sdtPr>
          <w:id w:val="325"/>
          <w:tag w:val="pain_AVERAGE in past week_4"/>
          <w:alias w:val="pain AVERAGE in past week 4"/>
          <w14:checkbox>
            <w14:checked w14:val="0"/>
            <w14:checkedState w14:val="2612" w14:font="MS Gothic"/>
            <w14:uncheckedState w14:val="2610" w14:font="MS Gothic"/>
          </w14:checkbox>
        </w:sdtPr>
        <w:sdtContent>
          <w:r>
            <w:rPr>
              <w:color w:val="002E6E"/>
              <w:rFonts w:ascii="MS Gothic" w:hAnsi="MS Gothic"/>
            </w:rPr>
            <w:t>☐</w:t>
          </w:r>
        </w:sdtContent>
      </w:sdt>
      <w:r>
        <w:t xml:space="preserve"> 4 </w:t>
      </w:r>
      <w:sdt>
        <w:sdtPr>
          <w:id w:val="326"/>
          <w:tag w:val="pain_AVERAGE in past week_5"/>
          <w:alias w:val="pain AVERAGE in past week 5"/>
          <w14:checkbox>
            <w14:checked w14:val="0"/>
            <w14:checkedState w14:val="2612" w14:font="MS Gothic"/>
            <w14:uncheckedState w14:val="2610" w14:font="MS Gothic"/>
          </w14:checkbox>
        </w:sdtPr>
        <w:sdtContent>
          <w:r>
            <w:rPr>
              <w:color w:val="002E6E"/>
              <w:rFonts w:ascii="MS Gothic" w:hAnsi="MS Gothic"/>
            </w:rPr>
            <w:t>☐</w:t>
          </w:r>
        </w:sdtContent>
      </w:sdt>
      <w:r>
        <w:t xml:space="preserve"> 5 </w:t>
      </w:r>
      <w:sdt>
        <w:sdtPr>
          <w:id w:val="327"/>
          <w:tag w:val="pain_AVERAGE in past week_6"/>
          <w:alias w:val="pain AVERAGE in past week 6"/>
          <w14:checkbox>
            <w14:checked w14:val="0"/>
            <w14:checkedState w14:val="2612" w14:font="MS Gothic"/>
            <w14:uncheckedState w14:val="2610" w14:font="MS Gothic"/>
          </w14:checkbox>
        </w:sdtPr>
        <w:sdtContent>
          <w:r>
            <w:rPr>
              <w:color w:val="002E6E"/>
              <w:rFonts w:ascii="MS Gothic" w:hAnsi="MS Gothic"/>
            </w:rPr>
            <w:t>☐</w:t>
          </w:r>
        </w:sdtContent>
      </w:sdt>
      <w:r>
        <w:t xml:space="preserve"> 6 </w:t>
      </w:r>
      <w:sdt>
        <w:sdtPr>
          <w:id w:val="328"/>
          <w:tag w:val="pain_AVERAGE in past week_7"/>
          <w:alias w:val="pain AVERAGE in past week 7"/>
          <w14:checkbox>
            <w14:checked w14:val="0"/>
            <w14:checkedState w14:val="2612" w14:font="MS Gothic"/>
            <w14:uncheckedState w14:val="2610" w14:font="MS Gothic"/>
          </w14:checkbox>
        </w:sdtPr>
        <w:sdtContent>
          <w:r>
            <w:rPr>
              <w:color w:val="002E6E"/>
              <w:rFonts w:ascii="MS Gothic" w:hAnsi="MS Gothic"/>
            </w:rPr>
            <w:t>☐</w:t>
          </w:r>
        </w:sdtContent>
      </w:sdt>
      <w:r>
        <w:t xml:space="preserve"> 7 </w:t>
      </w:r>
      <w:sdt>
        <w:sdtPr>
          <w:id w:val="329"/>
          <w:tag w:val="pain_AVERAGE in past week_8"/>
          <w:alias w:val="pain AVERAGE in past week 8"/>
          <w14:checkbox>
            <w14:checked w14:val="0"/>
            <w14:checkedState w14:val="2612" w14:font="MS Gothic"/>
            <w14:uncheckedState w14:val="2610" w14:font="MS Gothic"/>
          </w14:checkbox>
        </w:sdtPr>
        <w:sdtContent>
          <w:r>
            <w:rPr>
              <w:color w:val="002E6E"/>
              <w:rFonts w:ascii="MS Gothic" w:hAnsi="MS Gothic"/>
            </w:rPr>
            <w:t>☐</w:t>
          </w:r>
        </w:sdtContent>
      </w:sdt>
      <w:r>
        <w:t xml:space="preserve"> 8 </w:t>
      </w:r>
      <w:sdt>
        <w:sdtPr>
          <w:id w:val="330"/>
          <w:tag w:val="pain_AVERAGE in past week_9"/>
          <w:alias w:val="pain AVERAGE in past week 9"/>
          <w14:checkbox>
            <w14:checked w14:val="0"/>
            <w14:checkedState w14:val="2612" w14:font="MS Gothic"/>
            <w14:uncheckedState w14:val="2610" w14:font="MS Gothic"/>
          </w14:checkbox>
        </w:sdtPr>
        <w:sdtContent>
          <w:r>
            <w:rPr>
              <w:color w:val="002E6E"/>
              <w:rFonts w:ascii="MS Gothic" w:hAnsi="MS Gothic"/>
            </w:rPr>
            <w:t>☐</w:t>
          </w:r>
        </w:sdtContent>
      </w:sdt>
      <w:r>
        <w:t xml:space="preserve"> 9 </w:t>
      </w:r>
      <w:sdt>
        <w:sdtPr>
          <w:id w:val="331"/>
          <w:tag w:val="pain_AVERAGE in past week_10"/>
          <w:alias w:val="pain AVERAGE in past week 10"/>
          <w14:checkbox>
            <w14:checked w14:val="0"/>
            <w14:checkedState w14:val="2612" w14:font="MS Gothic"/>
            <w14:uncheckedState w14:val="2610" w14:font="MS Gothic"/>
          </w14:checkbox>
        </w:sdtPr>
        <w:sdtContent>
          <w:r>
            <w:rPr>
              <w:color w:val="002E6E"/>
              <w:rFonts w:ascii="MS Gothic" w:hAnsi="MS Gothic"/>
            </w:rPr>
            <w:t>☐</w:t>
          </w:r>
        </w:sdtContent>
      </w:sdt>
      <w:r>
        <w:t xml:space="preserve"> 10 </w:t>
      </w:r>
      <w:r>
        <w:t>Unbearable Pain</w:t>
      </w:r>
    </w:p>
    <w:p>
      <w:r>
        <w:rPr>
          <w:b/>
        </w:rPr>
        <w:t xml:space="preserve">WORST in past week   No pain </w:t>
      </w:r>
      <w:sdt>
        <w:sdtPr>
          <w:id w:val="332"/>
          <w:tag w:val="pain_WORST in past week_0"/>
          <w:alias w:val="pain WORST in past week 0"/>
          <w14:checkbox>
            <w14:checked w14:val="0"/>
            <w14:checkedState w14:val="2612" w14:font="MS Gothic"/>
            <w14:uncheckedState w14:val="2610" w14:font="MS Gothic"/>
          </w14:checkbox>
        </w:sdtPr>
        <w:sdtContent>
          <w:r>
            <w:rPr>
              <w:color w:val="002E6E"/>
              <w:rFonts w:ascii="MS Gothic" w:hAnsi="MS Gothic"/>
            </w:rPr>
            <w:t>☐</w:t>
          </w:r>
        </w:sdtContent>
      </w:sdt>
      <w:r>
        <w:t xml:space="preserve"> 0 </w:t>
      </w:r>
      <w:sdt>
        <w:sdtPr>
          <w:id w:val="333"/>
          <w:tag w:val="pain_WORST in past week_1"/>
          <w:alias w:val="pain WORST in past week 1"/>
          <w14:checkbox>
            <w14:checked w14:val="0"/>
            <w14:checkedState w14:val="2612" w14:font="MS Gothic"/>
            <w14:uncheckedState w14:val="2610" w14:font="MS Gothic"/>
          </w14:checkbox>
        </w:sdtPr>
        <w:sdtContent>
          <w:r>
            <w:rPr>
              <w:color w:val="002E6E"/>
              <w:rFonts w:ascii="MS Gothic" w:hAnsi="MS Gothic"/>
            </w:rPr>
            <w:t>☐</w:t>
          </w:r>
        </w:sdtContent>
      </w:sdt>
      <w:r>
        <w:t xml:space="preserve"> 1 </w:t>
      </w:r>
      <w:sdt>
        <w:sdtPr>
          <w:id w:val="334"/>
          <w:tag w:val="pain_WORST in past week_2"/>
          <w:alias w:val="pain WORST in past week 2"/>
          <w14:checkbox>
            <w14:checked w14:val="0"/>
            <w14:checkedState w14:val="2612" w14:font="MS Gothic"/>
            <w14:uncheckedState w14:val="2610" w14:font="MS Gothic"/>
          </w14:checkbox>
        </w:sdtPr>
        <w:sdtContent>
          <w:r>
            <w:rPr>
              <w:color w:val="002E6E"/>
              <w:rFonts w:ascii="MS Gothic" w:hAnsi="MS Gothic"/>
            </w:rPr>
            <w:t>☐</w:t>
          </w:r>
        </w:sdtContent>
      </w:sdt>
      <w:r>
        <w:t xml:space="preserve"> 2 </w:t>
      </w:r>
      <w:sdt>
        <w:sdtPr>
          <w:id w:val="335"/>
          <w:tag w:val="pain_WORST in past week_3"/>
          <w:alias w:val="pain WORST in past week 3"/>
          <w14:checkbox>
            <w14:checked w14:val="0"/>
            <w14:checkedState w14:val="2612" w14:font="MS Gothic"/>
            <w14:uncheckedState w14:val="2610" w14:font="MS Gothic"/>
          </w14:checkbox>
        </w:sdtPr>
        <w:sdtContent>
          <w:r>
            <w:rPr>
              <w:color w:val="002E6E"/>
              <w:rFonts w:ascii="MS Gothic" w:hAnsi="MS Gothic"/>
            </w:rPr>
            <w:t>☐</w:t>
          </w:r>
        </w:sdtContent>
      </w:sdt>
      <w:r>
        <w:t xml:space="preserve"> 3 </w:t>
      </w:r>
      <w:sdt>
        <w:sdtPr>
          <w:id w:val="336"/>
          <w:tag w:val="pain_WORST in past week_4"/>
          <w:alias w:val="pain WORST in past week 4"/>
          <w14:checkbox>
            <w14:checked w14:val="0"/>
            <w14:checkedState w14:val="2612" w14:font="MS Gothic"/>
            <w14:uncheckedState w14:val="2610" w14:font="MS Gothic"/>
          </w14:checkbox>
        </w:sdtPr>
        <w:sdtContent>
          <w:r>
            <w:rPr>
              <w:color w:val="002E6E"/>
              <w:rFonts w:ascii="MS Gothic" w:hAnsi="MS Gothic"/>
            </w:rPr>
            <w:t>☐</w:t>
          </w:r>
        </w:sdtContent>
      </w:sdt>
      <w:r>
        <w:t xml:space="preserve"> 4 </w:t>
      </w:r>
      <w:sdt>
        <w:sdtPr>
          <w:id w:val="337"/>
          <w:tag w:val="pain_WORST in past week_5"/>
          <w:alias w:val="pain WORST in past week 5"/>
          <w14:checkbox>
            <w14:checked w14:val="0"/>
            <w14:checkedState w14:val="2612" w14:font="MS Gothic"/>
            <w14:uncheckedState w14:val="2610" w14:font="MS Gothic"/>
          </w14:checkbox>
        </w:sdtPr>
        <w:sdtContent>
          <w:r>
            <w:rPr>
              <w:color w:val="002E6E"/>
              <w:rFonts w:ascii="MS Gothic" w:hAnsi="MS Gothic"/>
            </w:rPr>
            <w:t>☐</w:t>
          </w:r>
        </w:sdtContent>
      </w:sdt>
      <w:r>
        <w:t xml:space="preserve"> 5 </w:t>
      </w:r>
      <w:sdt>
        <w:sdtPr>
          <w:id w:val="338"/>
          <w:tag w:val="pain_WORST in past week_6"/>
          <w:alias w:val="pain WORST in past week 6"/>
          <w14:checkbox>
            <w14:checked w14:val="0"/>
            <w14:checkedState w14:val="2612" w14:font="MS Gothic"/>
            <w14:uncheckedState w14:val="2610" w14:font="MS Gothic"/>
          </w14:checkbox>
        </w:sdtPr>
        <w:sdtContent>
          <w:r>
            <w:rPr>
              <w:color w:val="002E6E"/>
              <w:rFonts w:ascii="MS Gothic" w:hAnsi="MS Gothic"/>
            </w:rPr>
            <w:t>☐</w:t>
          </w:r>
        </w:sdtContent>
      </w:sdt>
      <w:r>
        <w:t xml:space="preserve"> 6 </w:t>
      </w:r>
      <w:sdt>
        <w:sdtPr>
          <w:id w:val="339"/>
          <w:tag w:val="pain_WORST in past week_7"/>
          <w:alias w:val="pain WORST in past week 7"/>
          <w14:checkbox>
            <w14:checked w14:val="0"/>
            <w14:checkedState w14:val="2612" w14:font="MS Gothic"/>
            <w14:uncheckedState w14:val="2610" w14:font="MS Gothic"/>
          </w14:checkbox>
        </w:sdtPr>
        <w:sdtContent>
          <w:r>
            <w:rPr>
              <w:color w:val="002E6E"/>
              <w:rFonts w:ascii="MS Gothic" w:hAnsi="MS Gothic"/>
            </w:rPr>
            <w:t>☐</w:t>
          </w:r>
        </w:sdtContent>
      </w:sdt>
      <w:r>
        <w:t xml:space="preserve"> 7 </w:t>
      </w:r>
      <w:sdt>
        <w:sdtPr>
          <w:id w:val="340"/>
          <w:tag w:val="pain_WORST in past week_8"/>
          <w:alias w:val="pain WORST in past week 8"/>
          <w14:checkbox>
            <w14:checked w14:val="0"/>
            <w14:checkedState w14:val="2612" w14:font="MS Gothic"/>
            <w14:uncheckedState w14:val="2610" w14:font="MS Gothic"/>
          </w14:checkbox>
        </w:sdtPr>
        <w:sdtContent>
          <w:r>
            <w:rPr>
              <w:color w:val="002E6E"/>
              <w:rFonts w:ascii="MS Gothic" w:hAnsi="MS Gothic"/>
            </w:rPr>
            <w:t>☐</w:t>
          </w:r>
        </w:sdtContent>
      </w:sdt>
      <w:r>
        <w:t xml:space="preserve"> 8 </w:t>
      </w:r>
      <w:sdt>
        <w:sdtPr>
          <w:id w:val="341"/>
          <w:tag w:val="pain_WORST in past week_9"/>
          <w:alias w:val="pain WORST in past week 9"/>
          <w14:checkbox>
            <w14:checked w14:val="0"/>
            <w14:checkedState w14:val="2612" w14:font="MS Gothic"/>
            <w14:uncheckedState w14:val="2610" w14:font="MS Gothic"/>
          </w14:checkbox>
        </w:sdtPr>
        <w:sdtContent>
          <w:r>
            <w:rPr>
              <w:color w:val="002E6E"/>
              <w:rFonts w:ascii="MS Gothic" w:hAnsi="MS Gothic"/>
            </w:rPr>
            <w:t>☐</w:t>
          </w:r>
        </w:sdtContent>
      </w:sdt>
      <w:r>
        <w:t xml:space="preserve"> 9 </w:t>
      </w:r>
      <w:sdt>
        <w:sdtPr>
          <w:id w:val="342"/>
          <w:tag w:val="pain_WORST in past week_10"/>
          <w:alias w:val="pain WORST in past week 10"/>
          <w14:checkbox>
            <w14:checked w14:val="0"/>
            <w14:checkedState w14:val="2612" w14:font="MS Gothic"/>
            <w14:uncheckedState w14:val="2610" w14:font="MS Gothic"/>
          </w14:checkbox>
        </w:sdtPr>
        <w:sdtContent>
          <w:r>
            <w:rPr>
              <w:color w:val="002E6E"/>
              <w:rFonts w:ascii="MS Gothic" w:hAnsi="MS Gothic"/>
            </w:rPr>
            <w:t>☐</w:t>
          </w:r>
        </w:sdtContent>
      </w:sdt>
      <w:r>
        <w:t xml:space="preserve"> 10 </w:t>
      </w:r>
      <w:r>
        <w:t>Unbearable Pain</w:t>
      </w:r>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Patient Signature</w:t>
              <w:br/>
            </w:r>
            <w:sdt>
              <w:sdtPr>
                <w:id w:val="344"/>
                <w:tag w:val="field_343"/>
                <w:alias w:val="field 343"/>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346"/>
                <w:tag w:val="field_345"/>
                <w:alias w:val="field 345"/>
                <w:text/>
              </w:sdtPr>
              <w:sdtContent>
                <w:r>
                  <w:rPr>
                    <w:color w:val="002E6E"/>
                    <w:rFonts w:ascii="Arial" w:hAnsi="Arial"/>
                  </w:rPr>
                  <w:t>[Enter text]</w:t>
                </w:r>
              </w:sdtContent>
            </w:sdt>
          </w:p>
        </w:tc>
      </w:tr>
    </w:tbl>
    <w:p>
      <w:pPr>
        <w:spacing w:after="60" w:line="20" w:lineRule="exact"/>
      </w:pPr>
      <w:r>
        <w:rPr>
          <w:sz w:val="2"/>
        </w:rPr>
      </w:r>
    </w:p>
    <w:p>
      <w:r>
        <w:rPr>
          <w:b/>
        </w:rPr>
        <w:t xml:space="preserve">Print Name </w:t>
      </w:r>
      <w:sdt>
        <w:sdtPr>
          <w:id w:val="347"/>
          <w:tag w:val="Print Name"/>
          <w:alias w:val="Print Name"/>
          <w:text/>
        </w:sdtPr>
        <w:sdtContent>
          <w:r>
            <w:rPr>
              <w:color w:val="002E6E"/>
              <w:rFonts w:ascii="Arial" w:hAnsi="Arial"/>
            </w:rPr>
            <w:t>[Click or tap here to enter text]</w:t>
          </w:r>
        </w:sdtContent>
      </w:sdt>
    </w:p>
    <w:p>
      <w:pPr>
        <w:pStyle w:val="Heading1"/>
        <w:pageBreakBefore/>
      </w:pPr>
      <w:r>
        <w:t>OFFICE POLICY FOR FINANCES AND INSURANCE</w:t>
      </w:r>
    </w:p>
    <w:p>
      <w:r>
        <w:t>1. We will need to verify coverage on all patients prior to beginning treatment or the patient will be financially responsible for all costs until such verification of coverage occurs. We will provide you with a copy of your verification of coverage from your third-party payor. We ask that you call your insurance provider to verify its accuracy.</w:t>
      </w:r>
    </w:p>
    <w:p>
      <w:r>
        <w:t>2. Should your insurance provider quote your coverage differently than what was provided to us, as noted on the verification of coverage, please notify us as soon as possible.</w:t>
      </w:r>
    </w:p>
    <w:p>
      <w:r>
        <w:t>3. You will receive copies of EOB's (explanation of benefits/payments to your Chiropractor) from your insurance company. They will come in the mail. Please open each one and compare what the EOB states as your financial responsibility vs. the amount you pay each visit in our offices. Any differences between the two should be brought to our attention immediately. If additional amounts are due, please be prepared to pay that amount at your next visit. After reviewing the EOB, please place it into the manila folder that was given to you on your first visit, so that you will have all your Chiropractic records in one place.</w:t>
      </w:r>
    </w:p>
    <w:p>
      <w:r>
        <w:t>4. We will file all claims as a courtesy and/or requirement for third party reimbursement, however, you may still be held responsible for payment should such claim be denied.</w:t>
      </w:r>
    </w:p>
    <w:p>
      <w:r>
        <w:t>5. We allow up to 60 days before claims will be the responsibility of the patient to pay. Interest on the claims will not occur until 30 days past the patient's responsibility date or thirty days after denial of third-party payment, whichever occurs first.</w:t>
      </w:r>
    </w:p>
    <w:p>
      <w:r>
        <w:t>6. Statements will only be sent if there is a balance due by the patient.</w:t>
      </w:r>
    </w:p>
    <w:p>
      <w:r>
        <w:t>7. Responsibility for obtaining and maintaining referrals for HMO plans is that of the patient. We cannot alter or modify dates of service (or anything else) to accommodate improper filing procedures. If coverage is verified after a treatment date in which the patient paid in full, we will file that claim as a courtesy and the patient will be eligible for a refund after we receive payment for such date.</w:t>
      </w:r>
    </w:p>
    <w:p>
      <w:r>
        <w:t>8. Our office will need to be notified immediately if there is any change in the following: health insurance, patient address, patient home telephone number, coverage termination or cancellation or any other reason that may affect third party reimbursement.</w:t>
      </w:r>
    </w:p>
    <w:p>
      <w:r>
        <w:t>9. Non-compliance for payment due may result in a $25.00 late payment/no payment and/or interest charges.</w:t>
      </w:r>
    </w:p>
    <w:p>
      <w:r>
        <w:t>10. Deductibles and all co-payments are expected at the time of service and may be paid ahead.</w:t>
      </w:r>
    </w:p>
    <w:p>
      <w:r>
        <w:t>11. Unless other arrangements have been made, if a patient's treatment plan is greater than once every 3 weeks, the patient will no longer be eligible for health insurance assignment. Most health insurance considers this to be maintenance care and does not reimburse for this. You may still be eligible for insurance reimbursement; however, we will ask that the patient pay us and then the patient can submit the bill to the insurance carrier for direct reimbursement.</w:t>
      </w:r>
    </w:p>
    <w:p>
      <w:r>
        <w:t>12. This office does not promise that an insurance company will pay for usual and customary charges of this office, nor will this office enter into any dispute with an insurance company over reimbursement or the amount of reimbursement.</w:t>
      </w:r>
    </w:p>
    <w:p>
      <w:r>
        <w:t>13. I understand, should additional information be asked for from Midlothian Family Chiropractic Center (i.e. notes), that I would allow 15 working days for such requested information.</w:t>
      </w:r>
    </w:p>
    <w:p>
      <w:r>
        <w:t>14. I have read over and agree to the financial considerations for treatment costs.</w:t>
      </w:r>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Patient Signature</w:t>
              <w:br/>
            </w:r>
            <w:sdt>
              <w:sdtPr>
                <w:id w:val="349"/>
                <w:tag w:val="field_348"/>
                <w:alias w:val="field 348"/>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351"/>
                <w:tag w:val="field_350"/>
                <w:alias w:val="field 350"/>
                <w:text/>
              </w:sdtPr>
              <w:sdtContent>
                <w:r>
                  <w:rPr>
                    <w:color w:val="002E6E"/>
                    <w:rFonts w:ascii="Arial" w:hAnsi="Arial"/>
                  </w:rPr>
                  <w:t>[Enter text]</w:t>
                </w:r>
              </w:sdtContent>
            </w:sdt>
          </w:p>
        </w:tc>
      </w:tr>
      <w:tr>
        <w:trPr>
          <w:cantSplit/>
        </w:trPr>
        <w:tc>
          <w:tcPr>
            <w:tcW w:type="dxa" w:w="5256"/>
            <w:vAlign w:val="center"/>
            <w:shd w:fill="F2F5F8"/>
          </w:tcPr>
          <w:p>
            <w:pPr>
              <w:spacing w:after="100"/>
            </w:pPr>
            <w:r>
              <w:rPr>
                <w:b/>
                <w:sz w:val="18"/>
              </w:rPr>
              <w:t>Parent or Guardian Signature</w:t>
              <w:br/>
            </w:r>
            <w:sdt>
              <w:sdtPr>
                <w:id w:val="353"/>
                <w:tag w:val="field_352"/>
                <w:alias w:val="field 352"/>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355"/>
                <w:tag w:val="field_354"/>
                <w:alias w:val="field 354"/>
                <w:text/>
              </w:sdtPr>
              <w:sdtContent>
                <w:r>
                  <w:rPr>
                    <w:color w:val="002E6E"/>
                    <w:rFonts w:ascii="Arial" w:hAnsi="Arial"/>
                  </w:rPr>
                  <w:t>[Enter text]</w:t>
                </w:r>
              </w:sdtContent>
            </w:sdt>
          </w:p>
        </w:tc>
      </w:tr>
    </w:tbl>
    <w:p>
      <w:pPr>
        <w:spacing w:after="60" w:line="20" w:lineRule="exact"/>
      </w:pPr>
      <w:r>
        <w:rPr>
          <w:sz w:val="2"/>
        </w:rPr>
      </w:r>
    </w:p>
    <w:p>
      <w:pPr>
        <w:pStyle w:val="Heading1"/>
        <w:pageBreakBefore/>
      </w:pPr>
      <w:r>
        <w:t>FINANCIAL CONSIDERATIONS</w:t>
      </w:r>
    </w:p>
    <w:p>
      <w:r>
        <w:t>1. Your first visit to our office will consist of an orthopedic-neurological examination. If determined medically necessary, you may be referred for imaging studies (X-Ray, MRI, CT) You may, also, receive palliative therapy. Therapies for most conditions include interferential stimulation, intersegmental traction, manual therapy, therapeutic exercises, stretching, etc.</w:t>
      </w:r>
    </w:p>
    <w:p>
      <w:r>
        <w:t>2. On your second visit the doctor will provide you with a report of findings and recommendations for care. After meeting with the doctor, our receptionist will review the financial obligations of your care. Chiropractic adjustments will only be performed after notification and mutual agreement of financial costs, treatment plan and terms of care.</w:t>
      </w:r>
    </w:p>
    <w:p>
      <w:r>
        <w:t>3. A schedule of costs for procedures is provided for you below:</w:t>
      </w:r>
    </w:p>
    <w:tbl>
      <w:tblPr>
        <w:tblStyle w:val="TableGrid"/>
        <w:tblW w:type="auto" w:w="0"/>
        <w:tblLook w:firstColumn="1" w:firstRow="1" w:lastColumn="0" w:lastRow="0" w:noHBand="0" w:noVBand="1" w:val="04A0"/>
      </w:tblPr>
      <w:tblGrid>
        <w:gridCol w:w="3504"/>
        <w:gridCol w:w="3504"/>
        <w:gridCol w:w="3504"/>
      </w:tblGrid>
      <w:tr>
        <w:trPr>
          <w:cantSplit/>
        </w:trPr>
        <w:tc>
          <w:tcPr>
            <w:tcW w:type="dxa" w:w="3504"/>
          </w:tcPr>
          <w:p>
            <w:r>
              <w:rPr>
                <w:sz w:val="18"/>
              </w:rPr>
              <w:t>Examination:</w:t>
            </w:r>
          </w:p>
        </w:tc>
        <w:tc>
          <w:tcPr>
            <w:tcW w:type="dxa" w:w="3504"/>
          </w:tcPr>
          <w:p>
            <w:r>
              <w:rPr>
                <w:sz w:val="18"/>
              </w:rPr>
              <w:t>New Patient Brief Exam</w:t>
            </w:r>
          </w:p>
        </w:tc>
        <w:tc>
          <w:tcPr>
            <w:tcW w:type="dxa" w:w="3504"/>
          </w:tcPr>
          <w:p>
            <w:r>
              <w:rPr>
                <w:sz w:val="18"/>
              </w:rPr>
              <w:t>$90.00</w:t>
            </w:r>
          </w:p>
        </w:tc>
      </w:tr>
      <w:tr>
        <w:trPr>
          <w:cantSplit/>
        </w:trPr>
        <w:tc>
          <w:tcPr>
            <w:tcW w:type="dxa" w:w="3504"/>
          </w:tcPr>
          <w:p>
            <w:r>
              <w:rPr>
                <w:sz w:val="18"/>
              </w:rPr>
            </w:r>
          </w:p>
        </w:tc>
        <w:tc>
          <w:tcPr>
            <w:tcW w:type="dxa" w:w="3504"/>
          </w:tcPr>
          <w:p>
            <w:r>
              <w:rPr>
                <w:sz w:val="18"/>
              </w:rPr>
              <w:t>New Patient Intermediate Exam</w:t>
            </w:r>
          </w:p>
        </w:tc>
        <w:tc>
          <w:tcPr>
            <w:tcW w:type="dxa" w:w="3504"/>
          </w:tcPr>
          <w:p>
            <w:r>
              <w:rPr>
                <w:sz w:val="18"/>
              </w:rPr>
              <w:t>$180.00</w:t>
            </w:r>
          </w:p>
        </w:tc>
      </w:tr>
      <w:tr>
        <w:trPr>
          <w:cantSplit/>
        </w:trPr>
        <w:tc>
          <w:tcPr>
            <w:tcW w:type="dxa" w:w="3504"/>
          </w:tcPr>
          <w:p>
            <w:r>
              <w:rPr>
                <w:sz w:val="18"/>
              </w:rPr>
              <w:t>Re-examination:</w:t>
            </w:r>
          </w:p>
        </w:tc>
        <w:tc>
          <w:tcPr>
            <w:tcW w:type="dxa" w:w="3504"/>
          </w:tcPr>
          <w:p>
            <w:r>
              <w:rPr>
                <w:sz w:val="18"/>
              </w:rPr>
              <w:t>Established Patient Brief Exam</w:t>
            </w:r>
          </w:p>
        </w:tc>
        <w:tc>
          <w:tcPr>
            <w:tcW w:type="dxa" w:w="3504"/>
          </w:tcPr>
          <w:p>
            <w:r>
              <w:rPr>
                <w:sz w:val="18"/>
              </w:rPr>
              <w:t>$50.00</w:t>
            </w:r>
          </w:p>
        </w:tc>
      </w:tr>
      <w:tr>
        <w:trPr>
          <w:cantSplit/>
        </w:trPr>
        <w:tc>
          <w:tcPr>
            <w:tcW w:type="dxa" w:w="3504"/>
          </w:tcPr>
          <w:p>
            <w:r>
              <w:rPr>
                <w:sz w:val="18"/>
              </w:rPr>
            </w:r>
          </w:p>
        </w:tc>
        <w:tc>
          <w:tcPr>
            <w:tcW w:type="dxa" w:w="3504"/>
          </w:tcPr>
          <w:p>
            <w:r>
              <w:rPr>
                <w:sz w:val="18"/>
              </w:rPr>
              <w:t>Established Patient Intermediate Exam</w:t>
            </w:r>
          </w:p>
        </w:tc>
        <w:tc>
          <w:tcPr>
            <w:tcW w:type="dxa" w:w="3504"/>
          </w:tcPr>
          <w:p>
            <w:r>
              <w:rPr>
                <w:sz w:val="18"/>
              </w:rPr>
              <w:t>$150.00</w:t>
            </w:r>
          </w:p>
        </w:tc>
      </w:tr>
      <w:tr>
        <w:trPr>
          <w:cantSplit/>
        </w:trPr>
        <w:tc>
          <w:tcPr>
            <w:tcW w:type="dxa" w:w="3504"/>
          </w:tcPr>
          <w:p>
            <w:r>
              <w:rPr>
                <w:sz w:val="18"/>
              </w:rPr>
              <w:t>Office Visit/Adjustment:</w:t>
            </w:r>
          </w:p>
        </w:tc>
        <w:tc>
          <w:tcPr>
            <w:tcW w:type="dxa" w:w="3504"/>
          </w:tcPr>
          <w:p>
            <w:r>
              <w:rPr>
                <w:sz w:val="18"/>
              </w:rPr>
              <w:t>Adjustment (1 to 2 regions)</w:t>
            </w:r>
          </w:p>
        </w:tc>
        <w:tc>
          <w:tcPr>
            <w:tcW w:type="dxa" w:w="3504"/>
          </w:tcPr>
          <w:p>
            <w:r>
              <w:rPr>
                <w:sz w:val="18"/>
              </w:rPr>
              <w:t>$55.00</w:t>
            </w:r>
          </w:p>
        </w:tc>
      </w:tr>
      <w:tr>
        <w:trPr>
          <w:cantSplit/>
        </w:trPr>
        <w:tc>
          <w:tcPr>
            <w:tcW w:type="dxa" w:w="3504"/>
          </w:tcPr>
          <w:p>
            <w:r>
              <w:rPr>
                <w:sz w:val="18"/>
              </w:rPr>
            </w:r>
          </w:p>
        </w:tc>
        <w:tc>
          <w:tcPr>
            <w:tcW w:type="dxa" w:w="3504"/>
          </w:tcPr>
          <w:p>
            <w:r>
              <w:rPr>
                <w:sz w:val="18"/>
              </w:rPr>
              <w:t>Adjustment (3 to 4 regions)</w:t>
            </w:r>
          </w:p>
        </w:tc>
        <w:tc>
          <w:tcPr>
            <w:tcW w:type="dxa" w:w="3504"/>
          </w:tcPr>
          <w:p>
            <w:r>
              <w:rPr>
                <w:sz w:val="18"/>
              </w:rPr>
              <w:t>$60.00</w:t>
            </w:r>
          </w:p>
        </w:tc>
      </w:tr>
      <w:tr>
        <w:trPr>
          <w:cantSplit/>
        </w:trPr>
        <w:tc>
          <w:tcPr>
            <w:tcW w:type="dxa" w:w="3504"/>
          </w:tcPr>
          <w:p>
            <w:r>
              <w:rPr>
                <w:sz w:val="18"/>
              </w:rPr>
            </w:r>
          </w:p>
        </w:tc>
        <w:tc>
          <w:tcPr>
            <w:tcW w:type="dxa" w:w="3504"/>
          </w:tcPr>
          <w:p>
            <w:r>
              <w:rPr>
                <w:sz w:val="18"/>
              </w:rPr>
              <w:t>Adjustment (5 or more regions)</w:t>
            </w:r>
          </w:p>
        </w:tc>
        <w:tc>
          <w:tcPr>
            <w:tcW w:type="dxa" w:w="3504"/>
          </w:tcPr>
          <w:p>
            <w:r>
              <w:rPr>
                <w:sz w:val="18"/>
              </w:rPr>
              <w:t>$65.00</w:t>
            </w:r>
          </w:p>
        </w:tc>
      </w:tr>
      <w:tr>
        <w:trPr>
          <w:cantSplit/>
        </w:trPr>
        <w:tc>
          <w:tcPr>
            <w:tcW w:type="dxa" w:w="3504"/>
          </w:tcPr>
          <w:p>
            <w:r>
              <w:rPr>
                <w:sz w:val="18"/>
              </w:rPr>
            </w:r>
          </w:p>
        </w:tc>
        <w:tc>
          <w:tcPr>
            <w:tcW w:type="dxa" w:w="3504"/>
          </w:tcPr>
          <w:p>
            <w:r>
              <w:rPr>
                <w:sz w:val="18"/>
              </w:rPr>
              <w:t>Adjustment (extremities)</w:t>
            </w:r>
          </w:p>
        </w:tc>
        <w:tc>
          <w:tcPr>
            <w:tcW w:type="dxa" w:w="3504"/>
          </w:tcPr>
          <w:p>
            <w:r>
              <w:rPr>
                <w:sz w:val="18"/>
              </w:rPr>
              <w:t>$35.00</w:t>
            </w:r>
          </w:p>
        </w:tc>
      </w:tr>
      <w:tr>
        <w:trPr>
          <w:cantSplit/>
        </w:trPr>
        <w:tc>
          <w:tcPr>
            <w:tcW w:type="dxa" w:w="3504"/>
          </w:tcPr>
          <w:p>
            <w:r>
              <w:rPr>
                <w:sz w:val="18"/>
              </w:rPr>
              <w:t>Ancillary Treatments:</w:t>
            </w:r>
          </w:p>
        </w:tc>
        <w:tc>
          <w:tcPr>
            <w:tcW w:type="dxa" w:w="3504"/>
          </w:tcPr>
          <w:p>
            <w:r>
              <w:rPr>
                <w:sz w:val="18"/>
              </w:rPr>
              <w:t>Interferential Stimulation</w:t>
            </w:r>
          </w:p>
        </w:tc>
        <w:tc>
          <w:tcPr>
            <w:tcW w:type="dxa" w:w="3504"/>
          </w:tcPr>
          <w:p>
            <w:r>
              <w:rPr>
                <w:sz w:val="18"/>
              </w:rPr>
              <w:t>$25.00</w:t>
            </w:r>
          </w:p>
        </w:tc>
      </w:tr>
      <w:tr>
        <w:trPr>
          <w:cantSplit/>
        </w:trPr>
        <w:tc>
          <w:tcPr>
            <w:tcW w:type="dxa" w:w="3504"/>
          </w:tcPr>
          <w:p>
            <w:r>
              <w:rPr>
                <w:sz w:val="18"/>
              </w:rPr>
            </w:r>
          </w:p>
        </w:tc>
        <w:tc>
          <w:tcPr>
            <w:tcW w:type="dxa" w:w="3504"/>
          </w:tcPr>
          <w:p>
            <w:r>
              <w:rPr>
                <w:sz w:val="18"/>
              </w:rPr>
              <w:t>Intersegmental Traction</w:t>
            </w:r>
          </w:p>
        </w:tc>
        <w:tc>
          <w:tcPr>
            <w:tcW w:type="dxa" w:w="3504"/>
          </w:tcPr>
          <w:p>
            <w:r>
              <w:rPr>
                <w:sz w:val="18"/>
              </w:rPr>
              <w:t>$25.00</w:t>
            </w:r>
          </w:p>
        </w:tc>
      </w:tr>
      <w:tr>
        <w:trPr>
          <w:cantSplit/>
        </w:trPr>
        <w:tc>
          <w:tcPr>
            <w:tcW w:type="dxa" w:w="3504"/>
          </w:tcPr>
          <w:p>
            <w:r>
              <w:rPr>
                <w:sz w:val="18"/>
              </w:rPr>
            </w:r>
          </w:p>
        </w:tc>
        <w:tc>
          <w:tcPr>
            <w:tcW w:type="dxa" w:w="3504"/>
          </w:tcPr>
          <w:p>
            <w:r>
              <w:rPr>
                <w:sz w:val="18"/>
              </w:rPr>
              <w:t>Manual Therapy</w:t>
            </w:r>
          </w:p>
        </w:tc>
        <w:tc>
          <w:tcPr>
            <w:tcW w:type="dxa" w:w="3504"/>
          </w:tcPr>
          <w:p>
            <w:r>
              <w:rPr>
                <w:sz w:val="18"/>
              </w:rPr>
              <w:t>$30.00</w:t>
            </w:r>
          </w:p>
        </w:tc>
      </w:tr>
      <w:tr>
        <w:trPr>
          <w:cantSplit/>
        </w:trPr>
        <w:tc>
          <w:tcPr>
            <w:tcW w:type="dxa" w:w="3504"/>
          </w:tcPr>
          <w:p>
            <w:r>
              <w:rPr>
                <w:sz w:val="18"/>
              </w:rPr>
            </w:r>
          </w:p>
        </w:tc>
        <w:tc>
          <w:tcPr>
            <w:tcW w:type="dxa" w:w="3504"/>
          </w:tcPr>
          <w:p>
            <w:r>
              <w:rPr>
                <w:sz w:val="18"/>
              </w:rPr>
              <w:t>Therapeutic Exercises/Stretching</w:t>
            </w:r>
          </w:p>
        </w:tc>
        <w:tc>
          <w:tcPr>
            <w:tcW w:type="dxa" w:w="3504"/>
          </w:tcPr>
          <w:p>
            <w:r>
              <w:rPr>
                <w:sz w:val="18"/>
              </w:rPr>
              <w:t>$30.00</w:t>
            </w:r>
          </w:p>
        </w:tc>
      </w:tr>
      <w:tr>
        <w:trPr>
          <w:cantSplit/>
        </w:trPr>
        <w:tc>
          <w:tcPr>
            <w:tcW w:type="dxa" w:w="3504"/>
          </w:tcPr>
          <w:p>
            <w:r>
              <w:rPr>
                <w:sz w:val="18"/>
              </w:rPr>
              <w:t>Massage Therapy:</w:t>
            </w:r>
          </w:p>
        </w:tc>
        <w:tc>
          <w:tcPr>
            <w:tcW w:type="dxa" w:w="3504"/>
          </w:tcPr>
          <w:p>
            <w:r>
              <w:rPr>
                <w:sz w:val="18"/>
              </w:rPr>
              <w:t>30 Minute Massage/w/ hot stones /cupping</w:t>
            </w:r>
          </w:p>
        </w:tc>
        <w:tc>
          <w:tcPr>
            <w:tcW w:type="dxa" w:w="3504"/>
          </w:tcPr>
          <w:p>
            <w:r>
              <w:rPr>
                <w:sz w:val="18"/>
              </w:rPr>
              <w:t>$50/$65</w:t>
            </w:r>
          </w:p>
        </w:tc>
      </w:tr>
      <w:tr>
        <w:trPr>
          <w:cantSplit/>
        </w:trPr>
        <w:tc>
          <w:tcPr>
            <w:tcW w:type="dxa" w:w="3504"/>
          </w:tcPr>
          <w:p>
            <w:r>
              <w:rPr>
                <w:sz w:val="18"/>
              </w:rPr>
            </w:r>
          </w:p>
        </w:tc>
        <w:tc>
          <w:tcPr>
            <w:tcW w:type="dxa" w:w="3504"/>
          </w:tcPr>
          <w:p>
            <w:r>
              <w:rPr>
                <w:sz w:val="18"/>
              </w:rPr>
              <w:t>60 Minute Massage /w/ hot stones/cupping</w:t>
            </w:r>
          </w:p>
        </w:tc>
        <w:tc>
          <w:tcPr>
            <w:tcW w:type="dxa" w:w="3504"/>
          </w:tcPr>
          <w:p>
            <w:r>
              <w:rPr>
                <w:sz w:val="18"/>
              </w:rPr>
              <w:t>$100/$130</w:t>
            </w:r>
          </w:p>
        </w:tc>
      </w:tr>
    </w:tbl>
    <w:p>
      <w:r>
        <w:t>Self Pay Membership Plan is available for those without insurance, those that elect not to use their insurance or for patients receiving maintenance care.</w:t>
      </w:r>
    </w:p>
    <w:p>
      <w:r>
        <w:t>Preferred Chiropractic Doctor Membership = $37 per contract year and allows for discounted self pay options.</w:t>
        <w:br/>
        <w:t>With membership: Office visit including spinal/extremity adjustment and ancillary therapeutic treatments = $70</w:t>
        <w:br/>
        <w:t>With membership Prepay options are also available and reduce each per visit charge.</w:t>
      </w:r>
    </w:p>
    <w:p>
      <w:r>
        <w:t>6 prepaid visits                         $375 ($62.50/visit)</w:t>
        <w:br/>
        <w:t>12 prepaid visits                       $725 ($60.41/visit)</w:t>
        <w:br/>
        <w:t>24 prepaid visits                       $1400 ($58.33 / visit)</w:t>
      </w:r>
    </w:p>
    <w:p>
      <w:r>
        <w:t>I have read and understand the cost of services provided. These prices are subject to change without notice.</w:t>
      </w:r>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Patient Signature</w:t>
              <w:br/>
            </w:r>
            <w:sdt>
              <w:sdtPr>
                <w:id w:val="357"/>
                <w:tag w:val="field_356"/>
                <w:alias w:val="field 356"/>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359"/>
                <w:tag w:val="field_358"/>
                <w:alias w:val="field 358"/>
                <w:text/>
              </w:sdtPr>
              <w:sdtContent>
                <w:r>
                  <w:rPr>
                    <w:color w:val="002E6E"/>
                    <w:rFonts w:ascii="Arial" w:hAnsi="Arial"/>
                  </w:rPr>
                  <w:t>[Enter text]</w:t>
                </w:r>
              </w:sdtContent>
            </w:sdt>
          </w:p>
        </w:tc>
      </w:tr>
      <w:tr>
        <w:trPr>
          <w:cantSplit/>
        </w:trPr>
        <w:tc>
          <w:tcPr>
            <w:tcW w:type="dxa" w:w="5256"/>
            <w:vAlign w:val="center"/>
            <w:shd w:fill="F2F5F8"/>
          </w:tcPr>
          <w:p>
            <w:pPr>
              <w:spacing w:after="100"/>
            </w:pPr>
            <w:r>
              <w:rPr>
                <w:b/>
                <w:sz w:val="18"/>
              </w:rPr>
              <w:t>Parent or Guardian Signature</w:t>
              <w:br/>
            </w:r>
            <w:sdt>
              <w:sdtPr>
                <w:id w:val="361"/>
                <w:tag w:val="field_360"/>
                <w:alias w:val="field 360"/>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363"/>
                <w:tag w:val="field_362"/>
                <w:alias w:val="field 362"/>
                <w:text/>
              </w:sdtPr>
              <w:sdtContent>
                <w:r>
                  <w:rPr>
                    <w:color w:val="002E6E"/>
                    <w:rFonts w:ascii="Arial" w:hAnsi="Arial"/>
                  </w:rPr>
                  <w:t>[Enter text]</w:t>
                </w:r>
              </w:sdtContent>
            </w:sdt>
          </w:p>
        </w:tc>
      </w:tr>
    </w:tbl>
    <w:p>
      <w:pPr>
        <w:spacing w:after="60" w:line="20" w:lineRule="exact"/>
      </w:pPr>
      <w:r>
        <w:rPr>
          <w:sz w:val="2"/>
        </w:rPr>
      </w:r>
    </w:p>
    <w:p>
      <w:pPr>
        <w:pStyle w:val="Heading1"/>
        <w:pageBreakBefore/>
      </w:pPr>
      <w:r>
        <w:t>LEGAL ASSIGNMENT OF BENEFITS AND RELEASE OF MEDICAL AND PLAN DOCUMENTS</w:t>
      </w:r>
    </w:p>
    <w:p>
      <w:r>
        <w:t>In considering the amount of medical expenses to be incurred, I, the undersigned, have insurance and / or employee health care benefits coverage with the above captioned, and hereby assign and convey directly to Midlothian Family Chiropractic Center all medical benefits and/or insurance reimbursement, if any, otherwise payable to me for services rendered from such doctor and clinic. I understand that I am financially responsible for all charges regardless of any applicable insurance or benefit payments. I hereby authorize the doctor to release all medical information necessary to process this claim. I hereby authorize any plan administrator or fiduciary, insurer and my attorney to release to such doctor and clinic any and all plan documents, insurance policy and/or settlement information upon written request from such doctor and clinic in order to claim such medical benefits, reimbursement or any applicable remedies. I authorize the use of this signature on all my insurance and/or employee health benefits claim submissions.</w:t>
      </w:r>
    </w:p>
    <w:p>
      <w:r>
        <w:t>I hereby convey to the above named doctor and clinic to the full extent permissible under the law and under any applicable insurance policies and/or employee health care plan any claim, chose in action, or other right I may have to such insurance and/or employee health care benefits coverage under any applicable insurance policies and/or employee health care plan with respect to medical expenses incurred as a result of the medical services I received from the above named doctor and clinic and to the extent permissible under the law to claim such medical benefits, insurance reimbursement and any applicable remedies. Further, in response to any reasonable request for cooperation, I agree to cooperate with such doctor and clinic in any attempts by such doctor and clinic to pursue such claim, chose in action or right against my insurers and/or employee health care plan, including, if necessary, bring suit with such doctor and clinic against such insurers and/or employee health care plan in my name but at such doctor and clinic's expenses.</w:t>
      </w:r>
    </w:p>
    <w:p>
      <w:r>
        <w:t>This assignment will remain in effect for seven years or until revoked by me in writing. A photocopy of this assignment is to be considered as valid as the original. I have read and fully understand this agreement.</w:t>
      </w:r>
    </w:p>
    <w:p>
      <w:r>
        <w:t>I have read your authorization and legal assignment of benefits and agree to its terms. My signature authorizes you to disclose my PHI in the manner described above and acknowledges that I will receive a copy of this completed form for my own records.</w:t>
      </w:r>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Print Patient Name</w:t>
              <w:br/>
            </w:r>
            <w:sdt>
              <w:sdtPr>
                <w:id w:val="365"/>
                <w:tag w:val="field_364"/>
                <w:alias w:val="field 364"/>
                <w:text/>
              </w:sdtPr>
              <w:sdtContent>
                <w:r>
                  <w:rPr>
                    <w:color w:val="002E6E"/>
                    <w:rFonts w:ascii="Arial" w:hAnsi="Arial"/>
                  </w:rPr>
                  <w:t>[Enter text]</w:t>
                </w:r>
              </w:sdtContent>
            </w:sdt>
          </w:p>
        </w:tc>
        <w:tc>
          <w:tcPr>
            <w:tcW w:type="dxa" w:w="3504"/>
            <w:vAlign w:val="center"/>
            <w:shd w:fill="F2F5F8"/>
          </w:tcPr>
          <w:p>
            <w:pPr>
              <w:spacing w:after="100"/>
            </w:pPr>
            <w:r>
              <w:rPr>
                <w:b/>
                <w:sz w:val="18"/>
              </w:rPr>
              <w:t>Signature</w:t>
              <w:br/>
            </w:r>
            <w:sdt>
              <w:sdtPr>
                <w:id w:val="367"/>
                <w:tag w:val="field_366"/>
                <w:alias w:val="field 366"/>
                <w:text/>
              </w:sdtPr>
              <w:sdtContent>
                <w:r>
                  <w:rPr>
                    <w:color w:val="002E6E"/>
                    <w:rFonts w:ascii="Arial" w:hAnsi="Arial"/>
                  </w:rPr>
                  <w:t>[Enter text]</w:t>
                </w:r>
              </w:sdtContent>
            </w:sdt>
          </w:p>
        </w:tc>
        <w:tc>
          <w:tcPr>
            <w:tcW w:type="dxa" w:w="3504"/>
            <w:vAlign w:val="center"/>
            <w:shd w:fill="F2F5F8"/>
          </w:tcPr>
          <w:p>
            <w:pPr>
              <w:spacing w:after="100"/>
            </w:pPr>
            <w:r>
              <w:rPr>
                <w:b/>
                <w:sz w:val="18"/>
              </w:rPr>
              <w:t>Date</w:t>
              <w:br/>
            </w:r>
            <w:sdt>
              <w:sdtPr>
                <w:id w:val="369"/>
                <w:tag w:val="field_368"/>
                <w:alias w:val="field 368"/>
                <w:text/>
              </w:sdtPr>
              <w:sdtContent>
                <w:r>
                  <w:rPr>
                    <w:color w:val="002E6E"/>
                    <w:rFonts w:ascii="Arial" w:hAnsi="Arial"/>
                  </w:rPr>
                  <w:t>[Enter text]</w:t>
                </w:r>
              </w:sdtContent>
            </w:sdt>
          </w:p>
        </w:tc>
      </w:tr>
      <w:tr>
        <w:trPr>
          <w:cantSplit/>
        </w:trPr>
        <w:tc>
          <w:tcPr>
            <w:tcW w:type="dxa" w:w="3504"/>
            <w:vAlign w:val="center"/>
            <w:shd w:fill="F2F5F8"/>
          </w:tcPr>
          <w:p>
            <w:pPr>
              <w:spacing w:after="100"/>
            </w:pPr>
            <w:r>
              <w:rPr>
                <w:b/>
                <w:sz w:val="18"/>
              </w:rPr>
              <w:t>Print Parent or Guardian Name</w:t>
              <w:br/>
            </w:r>
            <w:sdt>
              <w:sdtPr>
                <w:id w:val="371"/>
                <w:tag w:val="field_370"/>
                <w:alias w:val="field 370"/>
                <w:text/>
              </w:sdtPr>
              <w:sdtContent>
                <w:r>
                  <w:rPr>
                    <w:color w:val="002E6E"/>
                    <w:rFonts w:ascii="Arial" w:hAnsi="Arial"/>
                  </w:rPr>
                  <w:t>[Enter text]</w:t>
                </w:r>
              </w:sdtContent>
            </w:sdt>
          </w:p>
        </w:tc>
        <w:tc>
          <w:tcPr>
            <w:tcW w:type="dxa" w:w="3504"/>
            <w:vAlign w:val="center"/>
            <w:shd w:fill="F2F5F8"/>
          </w:tcPr>
          <w:p>
            <w:pPr>
              <w:spacing w:after="100"/>
            </w:pPr>
            <w:r>
              <w:rPr>
                <w:b/>
                <w:sz w:val="18"/>
              </w:rPr>
              <w:t>Signature</w:t>
              <w:br/>
            </w:r>
            <w:sdt>
              <w:sdtPr>
                <w:id w:val="373"/>
                <w:tag w:val="field_372"/>
                <w:alias w:val="field 372"/>
                <w:text/>
              </w:sdtPr>
              <w:sdtContent>
                <w:r>
                  <w:rPr>
                    <w:color w:val="002E6E"/>
                    <w:rFonts w:ascii="Arial" w:hAnsi="Arial"/>
                  </w:rPr>
                  <w:t>[Enter text]</w:t>
                </w:r>
              </w:sdtContent>
            </w:sdt>
          </w:p>
        </w:tc>
        <w:tc>
          <w:tcPr>
            <w:tcW w:type="dxa" w:w="3504"/>
            <w:vAlign w:val="center"/>
            <w:shd w:fill="F2F5F8"/>
          </w:tcPr>
          <w:p>
            <w:pPr>
              <w:spacing w:after="100"/>
            </w:pPr>
            <w:r>
              <w:rPr>
                <w:b/>
                <w:sz w:val="18"/>
              </w:rPr>
              <w:t>Date</w:t>
              <w:br/>
            </w:r>
            <w:sdt>
              <w:sdtPr>
                <w:id w:val="375"/>
                <w:tag w:val="field_374"/>
                <w:alias w:val="field 374"/>
                <w:text/>
              </w:sdtPr>
              <w:sdtContent>
                <w:r>
                  <w:rPr>
                    <w:color w:val="002E6E"/>
                    <w:rFonts w:ascii="Arial" w:hAnsi="Arial"/>
                  </w:rPr>
                  <w:t>[Enter text]</w:t>
                </w:r>
              </w:sdtContent>
            </w:sdt>
          </w:p>
        </w:tc>
      </w:tr>
    </w:tbl>
    <w:p>
      <w:pPr>
        <w:spacing w:after="60" w:line="20" w:lineRule="exact"/>
      </w:pPr>
      <w:r>
        <w:rPr>
          <w:sz w:val="2"/>
        </w:rPr>
      </w:r>
    </w:p>
    <w:p>
      <w:pPr>
        <w:pStyle w:val="Heading1"/>
      </w:pPr>
      <w:r>
        <w:t>CONSENT TO TREATMENT</w:t>
      </w:r>
    </w:p>
    <w:p>
      <w:r>
        <w:t>I hereby certify all information provided on the patient registration form is complete, truthful and to the best of my knowledge. I have received and read the notice of privacy practices for Midlothian Family Chiropractic Center. I authorize Midlothian Family Chiropractic Center to perform Chiropractic manipulations, therapeutic modalities, x-ray examinations, consulting services, diagnostic procedures and any other procedure necessary for treatment. I understand that any outstanding account balance will be subject to 18% annual interest rate. I also understand that any late payments will be subject of a $25 service charge per billing cycle. In addition, I understand that any outstanding balance owed to Midlothian Family Chiropractic Center that becomes delinquent will result in legal action to collect the outstanding balance and that I will incur filing fees, attorney fees or whatever fees may occur as a result of my delinquent account. I understand these fees will total no less than 33 1/3% of monies owed. I also understand that if an appointment is cancelled or missed without 24-hour notification, that I will incur a $25 fee, as another patient may have needed the time that I was scheduled. I have also chosen to receive chiropractic care for my specific condition understanding my other options for treatment as well as the risks involved. Furthermore, any returned checks will automatically incur a $35 service charge. If I am not of legal age my parent or guardian will in turn guarantee my obligations to Midlothian Family Chiropractic Center and that the patient or guardian consents to treatment performed by Midlothian Family Chiropractic Center for the minor (patient).</w:t>
      </w:r>
    </w:p>
    <w:tbl>
      <w:tblPr>
        <w:tblW w:type="auto" w:w="0"/>
        <w:jc w:val="center"/>
        <w:tblLook w:firstColumn="1" w:firstRow="1" w:lastColumn="0" w:lastRow="0" w:noHBand="0" w:noVBand="1" w:val="04A0"/>
      </w:tblPr>
      <w:tblGrid>
        <w:gridCol w:w="3504"/>
        <w:gridCol w:w="3504"/>
        <w:gridCol w:w="3504"/>
      </w:tblGrid>
      <w:tr>
        <w:trPr>
          <w:cantSplit/>
        </w:trPr>
        <w:tc>
          <w:tcPr>
            <w:tcW w:type="dxa" w:w="3504"/>
            <w:vAlign w:val="center"/>
            <w:shd w:fill="F2F5F8"/>
          </w:tcPr>
          <w:p>
            <w:pPr>
              <w:spacing w:after="100"/>
            </w:pPr>
            <w:r>
              <w:rPr>
                <w:b/>
                <w:sz w:val="18"/>
              </w:rPr>
              <w:t>Print Patient Name</w:t>
              <w:br/>
            </w:r>
            <w:sdt>
              <w:sdtPr>
                <w:id w:val="377"/>
                <w:tag w:val="field_376"/>
                <w:alias w:val="field 376"/>
                <w:text/>
              </w:sdtPr>
              <w:sdtContent>
                <w:r>
                  <w:rPr>
                    <w:color w:val="002E6E"/>
                    <w:rFonts w:ascii="Arial" w:hAnsi="Arial"/>
                  </w:rPr>
                  <w:t>[Enter text]</w:t>
                </w:r>
              </w:sdtContent>
            </w:sdt>
          </w:p>
        </w:tc>
        <w:tc>
          <w:tcPr>
            <w:tcW w:type="dxa" w:w="3504"/>
            <w:vAlign w:val="center"/>
            <w:shd w:fill="F2F5F8"/>
          </w:tcPr>
          <w:p>
            <w:pPr>
              <w:spacing w:after="100"/>
            </w:pPr>
            <w:r>
              <w:rPr>
                <w:b/>
                <w:sz w:val="18"/>
              </w:rPr>
              <w:t>Signature</w:t>
              <w:br/>
            </w:r>
            <w:sdt>
              <w:sdtPr>
                <w:id w:val="379"/>
                <w:tag w:val="field_378"/>
                <w:alias w:val="field 378"/>
                <w:text/>
              </w:sdtPr>
              <w:sdtContent>
                <w:r>
                  <w:rPr>
                    <w:color w:val="002E6E"/>
                    <w:rFonts w:ascii="Arial" w:hAnsi="Arial"/>
                  </w:rPr>
                  <w:t>[Enter text]</w:t>
                </w:r>
              </w:sdtContent>
            </w:sdt>
          </w:p>
        </w:tc>
        <w:tc>
          <w:tcPr>
            <w:tcW w:type="dxa" w:w="3504"/>
            <w:vAlign w:val="center"/>
            <w:shd w:fill="F2F5F8"/>
          </w:tcPr>
          <w:p>
            <w:pPr>
              <w:spacing w:after="100"/>
            </w:pPr>
            <w:r>
              <w:rPr>
                <w:b/>
                <w:sz w:val="18"/>
              </w:rPr>
              <w:t>Date</w:t>
              <w:br/>
            </w:r>
            <w:sdt>
              <w:sdtPr>
                <w:id w:val="381"/>
                <w:tag w:val="field_380"/>
                <w:alias w:val="field 380"/>
                <w:text/>
              </w:sdtPr>
              <w:sdtContent>
                <w:r>
                  <w:rPr>
                    <w:color w:val="002E6E"/>
                    <w:rFonts w:ascii="Arial" w:hAnsi="Arial"/>
                  </w:rPr>
                  <w:t>[Enter text]</w:t>
                </w:r>
              </w:sdtContent>
            </w:sdt>
          </w:p>
        </w:tc>
      </w:tr>
      <w:tr>
        <w:trPr>
          <w:cantSplit/>
        </w:trPr>
        <w:tc>
          <w:tcPr>
            <w:tcW w:type="dxa" w:w="3504"/>
            <w:vAlign w:val="center"/>
            <w:shd w:fill="F2F5F8"/>
          </w:tcPr>
          <w:p>
            <w:pPr>
              <w:spacing w:after="100"/>
            </w:pPr>
            <w:r>
              <w:rPr>
                <w:b/>
                <w:sz w:val="18"/>
              </w:rPr>
              <w:t>Print Parent or Guardian Name</w:t>
              <w:br/>
            </w:r>
            <w:sdt>
              <w:sdtPr>
                <w:id w:val="383"/>
                <w:tag w:val="field_382"/>
                <w:alias w:val="field 382"/>
                <w:text/>
              </w:sdtPr>
              <w:sdtContent>
                <w:r>
                  <w:rPr>
                    <w:color w:val="002E6E"/>
                    <w:rFonts w:ascii="Arial" w:hAnsi="Arial"/>
                  </w:rPr>
                  <w:t>[Enter text]</w:t>
                </w:r>
              </w:sdtContent>
            </w:sdt>
          </w:p>
        </w:tc>
        <w:tc>
          <w:tcPr>
            <w:tcW w:type="dxa" w:w="3504"/>
            <w:vAlign w:val="center"/>
            <w:shd w:fill="F2F5F8"/>
          </w:tcPr>
          <w:p>
            <w:pPr>
              <w:spacing w:after="100"/>
            </w:pPr>
            <w:r>
              <w:rPr>
                <w:b/>
                <w:sz w:val="18"/>
              </w:rPr>
              <w:t>Signature</w:t>
              <w:br/>
            </w:r>
            <w:sdt>
              <w:sdtPr>
                <w:id w:val="385"/>
                <w:tag w:val="field_384"/>
                <w:alias w:val="field 384"/>
                <w:text/>
              </w:sdtPr>
              <w:sdtContent>
                <w:r>
                  <w:rPr>
                    <w:color w:val="002E6E"/>
                    <w:rFonts w:ascii="Arial" w:hAnsi="Arial"/>
                  </w:rPr>
                  <w:t>[Enter text]</w:t>
                </w:r>
              </w:sdtContent>
            </w:sdt>
          </w:p>
        </w:tc>
        <w:tc>
          <w:tcPr>
            <w:tcW w:type="dxa" w:w="3504"/>
            <w:vAlign w:val="center"/>
            <w:shd w:fill="F2F5F8"/>
          </w:tcPr>
          <w:p>
            <w:pPr>
              <w:spacing w:after="100"/>
            </w:pPr>
            <w:r>
              <w:rPr>
                <w:b/>
                <w:sz w:val="18"/>
              </w:rPr>
              <w:t>Date</w:t>
              <w:br/>
            </w:r>
            <w:sdt>
              <w:sdtPr>
                <w:id w:val="387"/>
                <w:tag w:val="field_386"/>
                <w:alias w:val="field 386"/>
                <w:text/>
              </w:sdtPr>
              <w:sdtContent>
                <w:r>
                  <w:rPr>
                    <w:color w:val="002E6E"/>
                    <w:rFonts w:ascii="Arial" w:hAnsi="Arial"/>
                  </w:rPr>
                  <w:t>[Enter text]</w:t>
                </w:r>
              </w:sdtContent>
            </w:sdt>
          </w:p>
        </w:tc>
      </w:tr>
    </w:tbl>
    <w:p>
      <w:pPr>
        <w:spacing w:after="60" w:line="20" w:lineRule="exact"/>
      </w:pPr>
      <w:r>
        <w:rPr>
          <w:sz w:val="2"/>
        </w:rPr>
      </w:r>
    </w:p>
    <w:p>
      <w:pPr>
        <w:pStyle w:val="Heading1"/>
        <w:pageBreakBefore/>
      </w:pPr>
      <w:r>
        <w:t>Neck Index</w:t>
      </w:r>
    </w:p>
    <w:p>
      <w:r>
        <w:t>Form N1-100     rev 3/27/2003</w:t>
      </w:r>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Patient Name</w:t>
              <w:br/>
            </w:r>
            <w:sdt>
              <w:sdtPr>
                <w:id w:val="389"/>
                <w:tag w:val="field_388"/>
                <w:alias w:val="field 388"/>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391"/>
                <w:tag w:val="field_390"/>
                <w:alias w:val="field 390"/>
                <w:text/>
              </w:sdtPr>
              <w:sdtContent>
                <w:r>
                  <w:rPr>
                    <w:color w:val="002E6E"/>
                    <w:rFonts w:ascii="Arial" w:hAnsi="Arial"/>
                  </w:rPr>
                  <w:t>[Enter text]</w:t>
                </w:r>
              </w:sdtContent>
            </w:sdt>
          </w:p>
        </w:tc>
      </w:tr>
    </w:tbl>
    <w:p>
      <w:pPr>
        <w:spacing w:after="60" w:line="20" w:lineRule="exact"/>
      </w:pPr>
      <w:r>
        <w:rPr>
          <w:sz w:val="2"/>
        </w:rPr>
      </w:r>
    </w:p>
    <w:p>
      <w:r>
        <w:t>This questionnaire will give your provider information about how your neck condition affects your everyday life. Please answer every section by marking the one statement that applies to you. If two or more statements in one section apply, please mark the one statement that most closely describes your problem.</w:t>
      </w:r>
    </w:p>
    <w:p>
      <w:pPr>
        <w:pStyle w:val="Heading2"/>
        <w:spacing w:before="120" w:after="80"/>
      </w:pPr>
      <w:r>
        <w:t>Pain Intensity</w:t>
      </w:r>
    </w:p>
    <w:p>
      <w:pPr>
        <w:spacing w:after="0"/>
      </w:pPr>
      <w:sdt>
        <w:sdtPr>
          <w:id w:val="392"/>
          <w:tag w:val="Neck Index_Pain Intensity_0"/>
          <w:alias w:val="Neck Index Pain Intensity 0"/>
          <w14:checkbox>
            <w14:checked w14:val="0"/>
            <w14:checkedState w14:val="2612" w14:font="MS Gothic"/>
            <w14:uncheckedState w14:val="2610" w14:font="MS Gothic"/>
          </w14:checkbox>
        </w:sdtPr>
        <w:sdtContent>
          <w:r>
            <w:rPr>
              <w:color w:val="002E6E"/>
              <w:rFonts w:ascii="MS Gothic" w:hAnsi="MS Gothic"/>
            </w:rPr>
            <w:t>☐</w:t>
          </w:r>
        </w:sdtContent>
      </w:sdt>
      <w:r>
        <w:t xml:space="preserve"> 0  I have no pain at the moment.</w:t>
      </w:r>
    </w:p>
    <w:p>
      <w:pPr>
        <w:spacing w:after="0"/>
      </w:pPr>
      <w:sdt>
        <w:sdtPr>
          <w:id w:val="393"/>
          <w:tag w:val="Neck Index_Pain Intensity_1"/>
          <w:alias w:val="Neck Index Pain Intensity 1"/>
          <w14:checkbox>
            <w14:checked w14:val="0"/>
            <w14:checkedState w14:val="2612" w14:font="MS Gothic"/>
            <w14:uncheckedState w14:val="2610" w14:font="MS Gothic"/>
          </w14:checkbox>
        </w:sdtPr>
        <w:sdtContent>
          <w:r>
            <w:rPr>
              <w:color w:val="002E6E"/>
              <w:rFonts w:ascii="MS Gothic" w:hAnsi="MS Gothic"/>
            </w:rPr>
            <w:t>☐</w:t>
          </w:r>
        </w:sdtContent>
      </w:sdt>
      <w:r>
        <w:t xml:space="preserve"> 1  The pain is very mild at the moment.</w:t>
      </w:r>
    </w:p>
    <w:p>
      <w:pPr>
        <w:spacing w:after="0"/>
      </w:pPr>
      <w:sdt>
        <w:sdtPr>
          <w:id w:val="394"/>
          <w:tag w:val="Neck Index_Pain Intensity_2"/>
          <w:alias w:val="Neck Index Pain Intensity 2"/>
          <w14:checkbox>
            <w14:checked w14:val="0"/>
            <w14:checkedState w14:val="2612" w14:font="MS Gothic"/>
            <w14:uncheckedState w14:val="2610" w14:font="MS Gothic"/>
          </w14:checkbox>
        </w:sdtPr>
        <w:sdtContent>
          <w:r>
            <w:rPr>
              <w:color w:val="002E6E"/>
              <w:rFonts w:ascii="MS Gothic" w:hAnsi="MS Gothic"/>
            </w:rPr>
            <w:t>☐</w:t>
          </w:r>
        </w:sdtContent>
      </w:sdt>
      <w:r>
        <w:t xml:space="preserve"> 2  The pain comes and goes and is moderate.</w:t>
      </w:r>
    </w:p>
    <w:p>
      <w:pPr>
        <w:spacing w:after="0"/>
      </w:pPr>
      <w:sdt>
        <w:sdtPr>
          <w:id w:val="395"/>
          <w:tag w:val="Neck Index_Pain Intensity_3"/>
          <w:alias w:val="Neck Index Pain Intensity 3"/>
          <w14:checkbox>
            <w14:checked w14:val="0"/>
            <w14:checkedState w14:val="2612" w14:font="MS Gothic"/>
            <w14:uncheckedState w14:val="2610" w14:font="MS Gothic"/>
          </w14:checkbox>
        </w:sdtPr>
        <w:sdtContent>
          <w:r>
            <w:rPr>
              <w:color w:val="002E6E"/>
              <w:rFonts w:ascii="MS Gothic" w:hAnsi="MS Gothic"/>
            </w:rPr>
            <w:t>☐</w:t>
          </w:r>
        </w:sdtContent>
      </w:sdt>
      <w:r>
        <w:t xml:space="preserve"> 3  The pain is fairly severe at the moment.</w:t>
      </w:r>
    </w:p>
    <w:p>
      <w:pPr>
        <w:spacing w:after="0"/>
      </w:pPr>
      <w:sdt>
        <w:sdtPr>
          <w:id w:val="396"/>
          <w:tag w:val="Neck Index_Pain Intensity_4"/>
          <w:alias w:val="Neck Index Pain Intensity 4"/>
          <w14:checkbox>
            <w14:checked w14:val="0"/>
            <w14:checkedState w14:val="2612" w14:font="MS Gothic"/>
            <w14:uncheckedState w14:val="2610" w14:font="MS Gothic"/>
          </w14:checkbox>
        </w:sdtPr>
        <w:sdtContent>
          <w:r>
            <w:rPr>
              <w:color w:val="002E6E"/>
              <w:rFonts w:ascii="MS Gothic" w:hAnsi="MS Gothic"/>
            </w:rPr>
            <w:t>☐</w:t>
          </w:r>
        </w:sdtContent>
      </w:sdt>
      <w:r>
        <w:t xml:space="preserve"> 4  The pain is very severe at the moment.</w:t>
      </w:r>
    </w:p>
    <w:p>
      <w:pPr>
        <w:spacing w:after="0"/>
      </w:pPr>
      <w:sdt>
        <w:sdtPr>
          <w:id w:val="397"/>
          <w:tag w:val="Neck Index_Pain Intensity_5"/>
          <w:alias w:val="Neck Index Pain Intensity 5"/>
          <w14:checkbox>
            <w14:checked w14:val="0"/>
            <w14:checkedState w14:val="2612" w14:font="MS Gothic"/>
            <w14:uncheckedState w14:val="2610" w14:font="MS Gothic"/>
          </w14:checkbox>
        </w:sdtPr>
        <w:sdtContent>
          <w:r>
            <w:rPr>
              <w:color w:val="002E6E"/>
              <w:rFonts w:ascii="MS Gothic" w:hAnsi="MS Gothic"/>
            </w:rPr>
            <w:t>☐</w:t>
          </w:r>
        </w:sdtContent>
      </w:sdt>
      <w:r>
        <w:t xml:space="preserve"> 5  The pain is the worst imaginable at the moment.</w:t>
      </w:r>
    </w:p>
    <w:p>
      <w:pPr>
        <w:pStyle w:val="Heading2"/>
        <w:spacing w:before="120" w:after="80"/>
      </w:pPr>
      <w:r>
        <w:t>Personal Care</w:t>
      </w:r>
    </w:p>
    <w:p>
      <w:pPr>
        <w:spacing w:after="0"/>
      </w:pPr>
      <w:sdt>
        <w:sdtPr>
          <w:id w:val="398"/>
          <w:tag w:val="Neck Index_Personal Care_0"/>
          <w:alias w:val="Neck Index Personal Care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look after myself normally without causing extra pain.</w:t>
      </w:r>
    </w:p>
    <w:p>
      <w:pPr>
        <w:spacing w:after="0"/>
      </w:pPr>
      <w:sdt>
        <w:sdtPr>
          <w:id w:val="399"/>
          <w:tag w:val="Neck Index_Personal Care_1"/>
          <w:alias w:val="Neck Index Personal Care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look after myself normally but it causes extra pain.</w:t>
      </w:r>
    </w:p>
    <w:p>
      <w:pPr>
        <w:spacing w:after="0"/>
      </w:pPr>
      <w:sdt>
        <w:sdtPr>
          <w:id w:val="400"/>
          <w:tag w:val="Neck Index_Personal Care_2"/>
          <w:alias w:val="Neck Index Personal Care 2"/>
          <w14:checkbox>
            <w14:checked w14:val="0"/>
            <w14:checkedState w14:val="2612" w14:font="MS Gothic"/>
            <w14:uncheckedState w14:val="2610" w14:font="MS Gothic"/>
          </w14:checkbox>
        </w:sdtPr>
        <w:sdtContent>
          <w:r>
            <w:rPr>
              <w:color w:val="002E6E"/>
              <w:rFonts w:ascii="MS Gothic" w:hAnsi="MS Gothic"/>
            </w:rPr>
            <w:t>☐</w:t>
          </w:r>
        </w:sdtContent>
      </w:sdt>
      <w:r>
        <w:t xml:space="preserve"> 2  It is painful to look after myself and I am slow and careful.</w:t>
      </w:r>
    </w:p>
    <w:p>
      <w:pPr>
        <w:spacing w:after="0"/>
      </w:pPr>
      <w:sdt>
        <w:sdtPr>
          <w:id w:val="401"/>
          <w:tag w:val="Neck Index_Personal Care_3"/>
          <w:alias w:val="Neck Index Personal Care 3"/>
          <w14:checkbox>
            <w14:checked w14:val="0"/>
            <w14:checkedState w14:val="2612" w14:font="MS Gothic"/>
            <w14:uncheckedState w14:val="2610" w14:font="MS Gothic"/>
          </w14:checkbox>
        </w:sdtPr>
        <w:sdtContent>
          <w:r>
            <w:rPr>
              <w:color w:val="002E6E"/>
              <w:rFonts w:ascii="MS Gothic" w:hAnsi="MS Gothic"/>
            </w:rPr>
            <w:t>☐</w:t>
          </w:r>
        </w:sdtContent>
      </w:sdt>
      <w:r>
        <w:t xml:space="preserve"> 3  I need some help but I manage most of my personal care.</w:t>
      </w:r>
    </w:p>
    <w:p>
      <w:pPr>
        <w:spacing w:after="0"/>
      </w:pPr>
      <w:sdt>
        <w:sdtPr>
          <w:id w:val="402"/>
          <w:tag w:val="Neck Index_Personal Care_4"/>
          <w:alias w:val="Neck Index Personal Care 4"/>
          <w14:checkbox>
            <w14:checked w14:val="0"/>
            <w14:checkedState w14:val="2612" w14:font="MS Gothic"/>
            <w14:uncheckedState w14:val="2610" w14:font="MS Gothic"/>
          </w14:checkbox>
        </w:sdtPr>
        <w:sdtContent>
          <w:r>
            <w:rPr>
              <w:color w:val="002E6E"/>
              <w:rFonts w:ascii="MS Gothic" w:hAnsi="MS Gothic"/>
            </w:rPr>
            <w:t>☐</w:t>
          </w:r>
        </w:sdtContent>
      </w:sdt>
      <w:r>
        <w:t xml:space="preserve"> 4  I need help every day in most aspects of self care.</w:t>
      </w:r>
    </w:p>
    <w:p>
      <w:pPr>
        <w:spacing w:after="0"/>
      </w:pPr>
      <w:sdt>
        <w:sdtPr>
          <w:id w:val="403"/>
          <w:tag w:val="Neck Index_Personal Care_5"/>
          <w:alias w:val="Neck Index Personal Care 5"/>
          <w14:checkbox>
            <w14:checked w14:val="0"/>
            <w14:checkedState w14:val="2612" w14:font="MS Gothic"/>
            <w14:uncheckedState w14:val="2610" w14:font="MS Gothic"/>
          </w14:checkbox>
        </w:sdtPr>
        <w:sdtContent>
          <w:r>
            <w:rPr>
              <w:color w:val="002E6E"/>
              <w:rFonts w:ascii="MS Gothic" w:hAnsi="MS Gothic"/>
            </w:rPr>
            <w:t>☐</w:t>
          </w:r>
        </w:sdtContent>
      </w:sdt>
      <w:r>
        <w:t xml:space="preserve"> 5  I do not get dressed, I wash with difficulty and stay in bed.</w:t>
      </w:r>
    </w:p>
    <w:p>
      <w:pPr>
        <w:pStyle w:val="Heading2"/>
        <w:spacing w:before="120" w:after="80"/>
      </w:pPr>
      <w:r>
        <w:t>Sleeping</w:t>
      </w:r>
    </w:p>
    <w:p>
      <w:pPr>
        <w:spacing w:after="0"/>
      </w:pPr>
      <w:sdt>
        <w:sdtPr>
          <w:id w:val="404"/>
          <w:tag w:val="Neck Index_Sleeping_0"/>
          <w:alias w:val="Neck Index Sleep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have no trouble sleeping.</w:t>
      </w:r>
    </w:p>
    <w:p>
      <w:pPr>
        <w:spacing w:after="0"/>
      </w:pPr>
      <w:sdt>
        <w:sdtPr>
          <w:id w:val="405"/>
          <w:tag w:val="Neck Index_Sleeping_1"/>
          <w:alias w:val="Neck Index Sleeping 1"/>
          <w14:checkbox>
            <w14:checked w14:val="0"/>
            <w14:checkedState w14:val="2612" w14:font="MS Gothic"/>
            <w14:uncheckedState w14:val="2610" w14:font="MS Gothic"/>
          </w14:checkbox>
        </w:sdtPr>
        <w:sdtContent>
          <w:r>
            <w:rPr>
              <w:color w:val="002E6E"/>
              <w:rFonts w:ascii="MS Gothic" w:hAnsi="MS Gothic"/>
            </w:rPr>
            <w:t>☐</w:t>
          </w:r>
        </w:sdtContent>
      </w:sdt>
      <w:r>
        <w:t xml:space="preserve"> 1  My sleep is slightly disturbed (less than 1 hour sleepless).</w:t>
      </w:r>
    </w:p>
    <w:p>
      <w:pPr>
        <w:spacing w:after="0"/>
      </w:pPr>
      <w:sdt>
        <w:sdtPr>
          <w:id w:val="406"/>
          <w:tag w:val="Neck Index_Sleeping_2"/>
          <w:alias w:val="Neck Index Sleeping 2"/>
          <w14:checkbox>
            <w14:checked w14:val="0"/>
            <w14:checkedState w14:val="2612" w14:font="MS Gothic"/>
            <w14:uncheckedState w14:val="2610" w14:font="MS Gothic"/>
          </w14:checkbox>
        </w:sdtPr>
        <w:sdtContent>
          <w:r>
            <w:rPr>
              <w:color w:val="002E6E"/>
              <w:rFonts w:ascii="MS Gothic" w:hAnsi="MS Gothic"/>
            </w:rPr>
            <w:t>☐</w:t>
          </w:r>
        </w:sdtContent>
      </w:sdt>
      <w:r>
        <w:t xml:space="preserve"> 2  My sleep is mildly disturbed (1-2 hours sleepless).</w:t>
      </w:r>
    </w:p>
    <w:p>
      <w:pPr>
        <w:spacing w:after="0"/>
      </w:pPr>
      <w:sdt>
        <w:sdtPr>
          <w:id w:val="407"/>
          <w:tag w:val="Neck Index_Sleeping_3"/>
          <w:alias w:val="Neck Index Sleeping 3"/>
          <w14:checkbox>
            <w14:checked w14:val="0"/>
            <w14:checkedState w14:val="2612" w14:font="MS Gothic"/>
            <w14:uncheckedState w14:val="2610" w14:font="MS Gothic"/>
          </w14:checkbox>
        </w:sdtPr>
        <w:sdtContent>
          <w:r>
            <w:rPr>
              <w:color w:val="002E6E"/>
              <w:rFonts w:ascii="MS Gothic" w:hAnsi="MS Gothic"/>
            </w:rPr>
            <w:t>☐</w:t>
          </w:r>
        </w:sdtContent>
      </w:sdt>
      <w:r>
        <w:t xml:space="preserve"> 3  My sleep is moderately disturbed (2-3 hours sleepless).</w:t>
      </w:r>
    </w:p>
    <w:p>
      <w:pPr>
        <w:spacing w:after="0"/>
      </w:pPr>
      <w:sdt>
        <w:sdtPr>
          <w:id w:val="408"/>
          <w:tag w:val="Neck Index_Sleeping_4"/>
          <w:alias w:val="Neck Index Sleeping 4"/>
          <w14:checkbox>
            <w14:checked w14:val="0"/>
            <w14:checkedState w14:val="2612" w14:font="MS Gothic"/>
            <w14:uncheckedState w14:val="2610" w14:font="MS Gothic"/>
          </w14:checkbox>
        </w:sdtPr>
        <w:sdtContent>
          <w:r>
            <w:rPr>
              <w:color w:val="002E6E"/>
              <w:rFonts w:ascii="MS Gothic" w:hAnsi="MS Gothic"/>
            </w:rPr>
            <w:t>☐</w:t>
          </w:r>
        </w:sdtContent>
      </w:sdt>
      <w:r>
        <w:t xml:space="preserve"> 4  My sleep is greatly disturbed (3-5 hours sleepless).</w:t>
      </w:r>
    </w:p>
    <w:p>
      <w:pPr>
        <w:spacing w:after="0"/>
      </w:pPr>
      <w:sdt>
        <w:sdtPr>
          <w:id w:val="409"/>
          <w:tag w:val="Neck Index_Sleeping_5"/>
          <w:alias w:val="Neck Index Sleeping 5"/>
          <w14:checkbox>
            <w14:checked w14:val="0"/>
            <w14:checkedState w14:val="2612" w14:font="MS Gothic"/>
            <w14:uncheckedState w14:val="2610" w14:font="MS Gothic"/>
          </w14:checkbox>
        </w:sdtPr>
        <w:sdtContent>
          <w:r>
            <w:rPr>
              <w:color w:val="002E6E"/>
              <w:rFonts w:ascii="MS Gothic" w:hAnsi="MS Gothic"/>
            </w:rPr>
            <w:t>☐</w:t>
          </w:r>
        </w:sdtContent>
      </w:sdt>
      <w:r>
        <w:t xml:space="preserve"> 5  My sleep is completely disturbed (5-7 hours sleepless).</w:t>
      </w:r>
    </w:p>
    <w:p>
      <w:pPr>
        <w:pStyle w:val="Heading2"/>
        <w:spacing w:before="120" w:after="80"/>
      </w:pPr>
      <w:r>
        <w:t>Lifting</w:t>
      </w:r>
    </w:p>
    <w:p>
      <w:pPr>
        <w:spacing w:after="0"/>
      </w:pPr>
      <w:sdt>
        <w:sdtPr>
          <w:id w:val="410"/>
          <w:tag w:val="Neck Index_Lifting_0"/>
          <w:alias w:val="Neck Index Lift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lift heavy weights without extra pain.</w:t>
      </w:r>
    </w:p>
    <w:p>
      <w:pPr>
        <w:spacing w:after="0"/>
      </w:pPr>
      <w:sdt>
        <w:sdtPr>
          <w:id w:val="411"/>
          <w:tag w:val="Neck Index_Lifting_1"/>
          <w:alias w:val="Neck Index Lift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lift heavy weights but it causes extra pain.</w:t>
      </w:r>
    </w:p>
    <w:p>
      <w:pPr>
        <w:spacing w:after="0"/>
      </w:pPr>
      <w:sdt>
        <w:sdtPr>
          <w:id w:val="412"/>
          <w:tag w:val="Neck Index_Lifting_2"/>
          <w:alias w:val="Neck Index Lifting 2"/>
          <w14:checkbox>
            <w14:checked w14:val="0"/>
            <w14:checkedState w14:val="2612" w14:font="MS Gothic"/>
            <w14:uncheckedState w14:val="2610" w14:font="MS Gothic"/>
          </w14:checkbox>
        </w:sdtPr>
        <w:sdtContent>
          <w:r>
            <w:rPr>
              <w:color w:val="002E6E"/>
              <w:rFonts w:ascii="MS Gothic" w:hAnsi="MS Gothic"/>
            </w:rPr>
            <w:t>☐</w:t>
          </w:r>
        </w:sdtContent>
      </w:sdt>
      <w:r>
        <w:t xml:space="preserve"> 2  Pain prevents me from lifting heavy weights off the floor, but I can manage if they are conveniently positioned (e.g., on a table).</w:t>
      </w:r>
    </w:p>
    <w:p>
      <w:pPr>
        <w:spacing w:after="0"/>
      </w:pPr>
      <w:sdt>
        <w:sdtPr>
          <w:id w:val="413"/>
          <w:tag w:val="Neck Index_Lifting_3"/>
          <w:alias w:val="Neck Index Lifting 3"/>
          <w14:checkbox>
            <w14:checked w14:val="0"/>
            <w14:checkedState w14:val="2612" w14:font="MS Gothic"/>
            <w14:uncheckedState w14:val="2610" w14:font="MS Gothic"/>
          </w14:checkbox>
        </w:sdtPr>
        <w:sdtContent>
          <w:r>
            <w:rPr>
              <w:color w:val="002E6E"/>
              <w:rFonts w:ascii="MS Gothic" w:hAnsi="MS Gothic"/>
            </w:rPr>
            <w:t>☐</w:t>
          </w:r>
        </w:sdtContent>
      </w:sdt>
      <w:r>
        <w:t xml:space="preserve"> 3  Pain prevents me from lifting heavy weights off the floor, but I can manage light to medium weights if they are conveniently positioned.</w:t>
      </w:r>
    </w:p>
    <w:p>
      <w:pPr>
        <w:spacing w:after="0"/>
      </w:pPr>
      <w:sdt>
        <w:sdtPr>
          <w:id w:val="414"/>
          <w:tag w:val="Neck Index_Lifting_4"/>
          <w:alias w:val="Neck Index Lifting 4"/>
          <w14:checkbox>
            <w14:checked w14:val="0"/>
            <w14:checkedState w14:val="2612" w14:font="MS Gothic"/>
            <w14:uncheckedState w14:val="2610" w14:font="MS Gothic"/>
          </w14:checkbox>
        </w:sdtPr>
        <w:sdtContent>
          <w:r>
            <w:rPr>
              <w:color w:val="002E6E"/>
              <w:rFonts w:ascii="MS Gothic" w:hAnsi="MS Gothic"/>
            </w:rPr>
            <w:t>☐</w:t>
          </w:r>
        </w:sdtContent>
      </w:sdt>
      <w:r>
        <w:t xml:space="preserve"> 4  I can only lift very light weights.</w:t>
      </w:r>
    </w:p>
    <w:p>
      <w:pPr>
        <w:spacing w:after="0"/>
      </w:pPr>
      <w:sdt>
        <w:sdtPr>
          <w:id w:val="415"/>
          <w:tag w:val="Neck Index_Lifting_5"/>
          <w:alias w:val="Neck Index Lifting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cannot lift or carry anything at all.</w:t>
      </w:r>
    </w:p>
    <w:p>
      <w:pPr>
        <w:pStyle w:val="Heading2"/>
        <w:spacing w:before="120" w:after="80"/>
      </w:pPr>
      <w:r>
        <w:t>Reading</w:t>
      </w:r>
    </w:p>
    <w:p>
      <w:pPr>
        <w:spacing w:after="0"/>
      </w:pPr>
      <w:sdt>
        <w:sdtPr>
          <w:id w:val="416"/>
          <w:tag w:val="Neck Index_Reading_0"/>
          <w:alias w:val="Neck Index Read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read as much as I want with no neck pain.</w:t>
      </w:r>
    </w:p>
    <w:p>
      <w:pPr>
        <w:spacing w:after="0"/>
      </w:pPr>
      <w:sdt>
        <w:sdtPr>
          <w:id w:val="417"/>
          <w:tag w:val="Neck Index_Reading_1"/>
          <w:alias w:val="Neck Index Read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read as much as I want with slight neck pain.</w:t>
      </w:r>
    </w:p>
    <w:p>
      <w:pPr>
        <w:spacing w:after="0"/>
      </w:pPr>
      <w:sdt>
        <w:sdtPr>
          <w:id w:val="418"/>
          <w:tag w:val="Neck Index_Reading_2"/>
          <w:alias w:val="Neck Index Reading 2"/>
          <w14:checkbox>
            <w14:checked w14:val="0"/>
            <w14:checkedState w14:val="2612" w14:font="MS Gothic"/>
            <w14:uncheckedState w14:val="2610" w14:font="MS Gothic"/>
          </w14:checkbox>
        </w:sdtPr>
        <w:sdtContent>
          <w:r>
            <w:rPr>
              <w:color w:val="002E6E"/>
              <w:rFonts w:ascii="MS Gothic" w:hAnsi="MS Gothic"/>
            </w:rPr>
            <w:t>☐</w:t>
          </w:r>
        </w:sdtContent>
      </w:sdt>
      <w:r>
        <w:t xml:space="preserve"> 2  I can read as much as I want with moderate neck pain.</w:t>
      </w:r>
    </w:p>
    <w:p>
      <w:pPr>
        <w:spacing w:after="0"/>
      </w:pPr>
      <w:sdt>
        <w:sdtPr>
          <w:id w:val="419"/>
          <w:tag w:val="Neck Index_Reading_3"/>
          <w:alias w:val="Neck Index Reading 3"/>
          <w14:checkbox>
            <w14:checked w14:val="0"/>
            <w14:checkedState w14:val="2612" w14:font="MS Gothic"/>
            <w14:uncheckedState w14:val="2610" w14:font="MS Gothic"/>
          </w14:checkbox>
        </w:sdtPr>
        <w:sdtContent>
          <w:r>
            <w:rPr>
              <w:color w:val="002E6E"/>
              <w:rFonts w:ascii="MS Gothic" w:hAnsi="MS Gothic"/>
            </w:rPr>
            <w:t>☐</w:t>
          </w:r>
        </w:sdtContent>
      </w:sdt>
      <w:r>
        <w:t xml:space="preserve"> 3  I cannot read as much as I want because of moderate neck pain.</w:t>
      </w:r>
    </w:p>
    <w:p>
      <w:pPr>
        <w:spacing w:after="0"/>
      </w:pPr>
      <w:sdt>
        <w:sdtPr>
          <w:id w:val="420"/>
          <w:tag w:val="Neck Index_Reading_4"/>
          <w:alias w:val="Neck Index Reading 4"/>
          <w14:checkbox>
            <w14:checked w14:val="0"/>
            <w14:checkedState w14:val="2612" w14:font="MS Gothic"/>
            <w14:uncheckedState w14:val="2610" w14:font="MS Gothic"/>
          </w14:checkbox>
        </w:sdtPr>
        <w:sdtContent>
          <w:r>
            <w:rPr>
              <w:color w:val="002E6E"/>
              <w:rFonts w:ascii="MS Gothic" w:hAnsi="MS Gothic"/>
            </w:rPr>
            <w:t>☐</w:t>
          </w:r>
        </w:sdtContent>
      </w:sdt>
      <w:r>
        <w:t xml:space="preserve"> 4  I can hardly read at all because of severe neck pain.</w:t>
      </w:r>
    </w:p>
    <w:p>
      <w:pPr>
        <w:spacing w:after="0"/>
      </w:pPr>
      <w:sdt>
        <w:sdtPr>
          <w:id w:val="421"/>
          <w:tag w:val="Neck Index_Reading_5"/>
          <w:alias w:val="Neck Index Reading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cannot read at all because of neck pain.</w:t>
      </w:r>
    </w:p>
    <w:p>
      <w:pPr>
        <w:pStyle w:val="Heading1"/>
        <w:pageBreakBefore/>
      </w:pPr>
      <w:r>
        <w:t>Neck Index continued</w:t>
      </w:r>
    </w:p>
    <w:p>
      <w:pPr>
        <w:pStyle w:val="Heading2"/>
        <w:spacing w:before="120" w:after="80"/>
      </w:pPr>
      <w:r>
        <w:t>Driving</w:t>
      </w:r>
    </w:p>
    <w:p>
      <w:pPr>
        <w:spacing w:after="0"/>
      </w:pPr>
      <w:sdt>
        <w:sdtPr>
          <w:id w:val="422"/>
          <w:tag w:val="Neck Index_Driving_0"/>
          <w:alias w:val="Neck Index Driv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drive my car without any neck pain.</w:t>
      </w:r>
    </w:p>
    <w:p>
      <w:pPr>
        <w:spacing w:after="0"/>
      </w:pPr>
      <w:sdt>
        <w:sdtPr>
          <w:id w:val="423"/>
          <w:tag w:val="Neck Index_Driving_1"/>
          <w:alias w:val="Neck Index Driv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drive my car as long as I want with slight neck pain.</w:t>
      </w:r>
    </w:p>
    <w:p>
      <w:pPr>
        <w:spacing w:after="0"/>
      </w:pPr>
      <w:sdt>
        <w:sdtPr>
          <w:id w:val="424"/>
          <w:tag w:val="Neck Index_Driving_2"/>
          <w:alias w:val="Neck Index Driving 2"/>
          <w14:checkbox>
            <w14:checked w14:val="0"/>
            <w14:checkedState w14:val="2612" w14:font="MS Gothic"/>
            <w14:uncheckedState w14:val="2610" w14:font="MS Gothic"/>
          </w14:checkbox>
        </w:sdtPr>
        <w:sdtContent>
          <w:r>
            <w:rPr>
              <w:color w:val="002E6E"/>
              <w:rFonts w:ascii="MS Gothic" w:hAnsi="MS Gothic"/>
            </w:rPr>
            <w:t>☐</w:t>
          </w:r>
        </w:sdtContent>
      </w:sdt>
      <w:r>
        <w:t xml:space="preserve"> 2  I can drive my car as long as I want with moderate neck pain.</w:t>
      </w:r>
    </w:p>
    <w:p>
      <w:pPr>
        <w:spacing w:after="0"/>
      </w:pPr>
      <w:sdt>
        <w:sdtPr>
          <w:id w:val="425"/>
          <w:tag w:val="Neck Index_Driving_3"/>
          <w:alias w:val="Neck Index Driving 3"/>
          <w14:checkbox>
            <w14:checked w14:val="0"/>
            <w14:checkedState w14:val="2612" w14:font="MS Gothic"/>
            <w14:uncheckedState w14:val="2610" w14:font="MS Gothic"/>
          </w14:checkbox>
        </w:sdtPr>
        <w:sdtContent>
          <w:r>
            <w:rPr>
              <w:color w:val="002E6E"/>
              <w:rFonts w:ascii="MS Gothic" w:hAnsi="MS Gothic"/>
            </w:rPr>
            <w:t>☐</w:t>
          </w:r>
        </w:sdtContent>
      </w:sdt>
      <w:r>
        <w:t xml:space="preserve"> 3  I cannot drive my car as long as I want because of moderate neck pain.</w:t>
      </w:r>
    </w:p>
    <w:p>
      <w:pPr>
        <w:spacing w:after="0"/>
      </w:pPr>
      <w:sdt>
        <w:sdtPr>
          <w:id w:val="426"/>
          <w:tag w:val="Neck Index_Driving_4"/>
          <w:alias w:val="Neck Index Driving 4"/>
          <w14:checkbox>
            <w14:checked w14:val="0"/>
            <w14:checkedState w14:val="2612" w14:font="MS Gothic"/>
            <w14:uncheckedState w14:val="2610" w14:font="MS Gothic"/>
          </w14:checkbox>
        </w:sdtPr>
        <w:sdtContent>
          <w:r>
            <w:rPr>
              <w:color w:val="002E6E"/>
              <w:rFonts w:ascii="MS Gothic" w:hAnsi="MS Gothic"/>
            </w:rPr>
            <w:t>☐</w:t>
          </w:r>
        </w:sdtContent>
      </w:sdt>
      <w:r>
        <w:t xml:space="preserve"> 4  I can hardly drive at all because of severe neck pain.</w:t>
      </w:r>
    </w:p>
    <w:p>
      <w:pPr>
        <w:spacing w:after="0"/>
      </w:pPr>
      <w:sdt>
        <w:sdtPr>
          <w:id w:val="427"/>
          <w:tag w:val="Neck Index_Driving_5"/>
          <w:alias w:val="Neck Index Driving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cannot drive my car at all because of neck pain.</w:t>
      </w:r>
    </w:p>
    <w:p>
      <w:pPr>
        <w:pStyle w:val="Heading2"/>
        <w:spacing w:before="120" w:after="80"/>
      </w:pPr>
      <w:r>
        <w:t>Concentration</w:t>
      </w:r>
    </w:p>
    <w:p>
      <w:pPr>
        <w:spacing w:after="0"/>
      </w:pPr>
      <w:sdt>
        <w:sdtPr>
          <w:id w:val="428"/>
          <w:tag w:val="Neck Index_Concentration_0"/>
          <w:alias w:val="Neck Index Concentration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concentrate fully when I want with no difficulty.</w:t>
      </w:r>
    </w:p>
    <w:p>
      <w:pPr>
        <w:spacing w:after="0"/>
      </w:pPr>
      <w:sdt>
        <w:sdtPr>
          <w:id w:val="429"/>
          <w:tag w:val="Neck Index_Concentration_1"/>
          <w:alias w:val="Neck Index Concentration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concentrate fully when I want with slight difficulty.</w:t>
      </w:r>
    </w:p>
    <w:p>
      <w:pPr>
        <w:spacing w:after="0"/>
      </w:pPr>
      <w:sdt>
        <w:sdtPr>
          <w:id w:val="430"/>
          <w:tag w:val="Neck Index_Concentration_2"/>
          <w:alias w:val="Neck Index Concentration 2"/>
          <w14:checkbox>
            <w14:checked w14:val="0"/>
            <w14:checkedState w14:val="2612" w14:font="MS Gothic"/>
            <w14:uncheckedState w14:val="2610" w14:font="MS Gothic"/>
          </w14:checkbox>
        </w:sdtPr>
        <w:sdtContent>
          <w:r>
            <w:rPr>
              <w:color w:val="002E6E"/>
              <w:rFonts w:ascii="MS Gothic" w:hAnsi="MS Gothic"/>
            </w:rPr>
            <w:t>☐</w:t>
          </w:r>
        </w:sdtContent>
      </w:sdt>
      <w:r>
        <w:t xml:space="preserve"> 2  I have a fair degree of difficulty concentrating when I want.</w:t>
      </w:r>
    </w:p>
    <w:p>
      <w:pPr>
        <w:spacing w:after="0"/>
      </w:pPr>
      <w:sdt>
        <w:sdtPr>
          <w:id w:val="431"/>
          <w:tag w:val="Neck Index_Concentration_3"/>
          <w:alias w:val="Neck Index Concentration 3"/>
          <w14:checkbox>
            <w14:checked w14:val="0"/>
            <w14:checkedState w14:val="2612" w14:font="MS Gothic"/>
            <w14:uncheckedState w14:val="2610" w14:font="MS Gothic"/>
          </w14:checkbox>
        </w:sdtPr>
        <w:sdtContent>
          <w:r>
            <w:rPr>
              <w:color w:val="002E6E"/>
              <w:rFonts w:ascii="MS Gothic" w:hAnsi="MS Gothic"/>
            </w:rPr>
            <w:t>☐</w:t>
          </w:r>
        </w:sdtContent>
      </w:sdt>
      <w:r>
        <w:t xml:space="preserve"> 3  I have a lot of difficulty concentrating when I want.</w:t>
      </w:r>
    </w:p>
    <w:p>
      <w:pPr>
        <w:spacing w:after="0"/>
      </w:pPr>
      <w:sdt>
        <w:sdtPr>
          <w:id w:val="432"/>
          <w:tag w:val="Neck Index_Concentration_4"/>
          <w:alias w:val="Neck Index Concentration 4"/>
          <w14:checkbox>
            <w14:checked w14:val="0"/>
            <w14:checkedState w14:val="2612" w14:font="MS Gothic"/>
            <w14:uncheckedState w14:val="2610" w14:font="MS Gothic"/>
          </w14:checkbox>
        </w:sdtPr>
        <w:sdtContent>
          <w:r>
            <w:rPr>
              <w:color w:val="002E6E"/>
              <w:rFonts w:ascii="MS Gothic" w:hAnsi="MS Gothic"/>
            </w:rPr>
            <w:t>☐</w:t>
          </w:r>
        </w:sdtContent>
      </w:sdt>
      <w:r>
        <w:t xml:space="preserve"> 4  I have a great deal of difficulty concentrating when I want.</w:t>
      </w:r>
    </w:p>
    <w:p>
      <w:pPr>
        <w:spacing w:after="0"/>
      </w:pPr>
      <w:sdt>
        <w:sdtPr>
          <w:id w:val="433"/>
          <w:tag w:val="Neck Index_Concentration_5"/>
          <w:alias w:val="Neck Index Concentration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cannot concentrate at all.</w:t>
      </w:r>
    </w:p>
    <w:p>
      <w:pPr>
        <w:pStyle w:val="Heading2"/>
        <w:spacing w:before="120" w:after="80"/>
      </w:pPr>
      <w:r>
        <w:t>Recreation</w:t>
      </w:r>
    </w:p>
    <w:p>
      <w:pPr>
        <w:spacing w:after="0"/>
      </w:pPr>
      <w:sdt>
        <w:sdtPr>
          <w:id w:val="434"/>
          <w:tag w:val="Neck Index_Recreation_0"/>
          <w:alias w:val="Neck Index Recreation 0"/>
          <w14:checkbox>
            <w14:checked w14:val="0"/>
            <w14:checkedState w14:val="2612" w14:font="MS Gothic"/>
            <w14:uncheckedState w14:val="2610" w14:font="MS Gothic"/>
          </w14:checkbox>
        </w:sdtPr>
        <w:sdtContent>
          <w:r>
            <w:rPr>
              <w:color w:val="002E6E"/>
              <w:rFonts w:ascii="MS Gothic" w:hAnsi="MS Gothic"/>
            </w:rPr>
            <w:t>☐</w:t>
          </w:r>
        </w:sdtContent>
      </w:sdt>
      <w:r>
        <w:t xml:space="preserve"> 0  I am able to engage in all my recreation activities without neck pain.</w:t>
      </w:r>
    </w:p>
    <w:p>
      <w:pPr>
        <w:spacing w:after="0"/>
      </w:pPr>
      <w:sdt>
        <w:sdtPr>
          <w:id w:val="435"/>
          <w:tag w:val="Neck Index_Recreation_1"/>
          <w:alias w:val="Neck Index Recreation 1"/>
          <w14:checkbox>
            <w14:checked w14:val="0"/>
            <w14:checkedState w14:val="2612" w14:font="MS Gothic"/>
            <w14:uncheckedState w14:val="2610" w14:font="MS Gothic"/>
          </w14:checkbox>
        </w:sdtPr>
        <w:sdtContent>
          <w:r>
            <w:rPr>
              <w:color w:val="002E6E"/>
              <w:rFonts w:ascii="MS Gothic" w:hAnsi="MS Gothic"/>
            </w:rPr>
            <w:t>☐</w:t>
          </w:r>
        </w:sdtContent>
      </w:sdt>
      <w:r>
        <w:t xml:space="preserve"> 1  I am able to engage in all my usual recreation activities with some neck pain.</w:t>
      </w:r>
    </w:p>
    <w:p>
      <w:pPr>
        <w:spacing w:after="0"/>
      </w:pPr>
      <w:sdt>
        <w:sdtPr>
          <w:id w:val="436"/>
          <w:tag w:val="Neck Index_Recreation_2"/>
          <w:alias w:val="Neck Index Recreation 2"/>
          <w14:checkbox>
            <w14:checked w14:val="0"/>
            <w14:checkedState w14:val="2612" w14:font="MS Gothic"/>
            <w14:uncheckedState w14:val="2610" w14:font="MS Gothic"/>
          </w14:checkbox>
        </w:sdtPr>
        <w:sdtContent>
          <w:r>
            <w:rPr>
              <w:color w:val="002E6E"/>
              <w:rFonts w:ascii="MS Gothic" w:hAnsi="MS Gothic"/>
            </w:rPr>
            <w:t>☐</w:t>
          </w:r>
        </w:sdtContent>
      </w:sdt>
      <w:r>
        <w:t xml:space="preserve"> 2  I am able to engage in most but not all my usual recreation activities because of neck pain.</w:t>
      </w:r>
    </w:p>
    <w:p>
      <w:pPr>
        <w:spacing w:after="0"/>
      </w:pPr>
      <w:sdt>
        <w:sdtPr>
          <w:id w:val="437"/>
          <w:tag w:val="Neck Index_Recreation_3"/>
          <w:alias w:val="Neck Index Recreation 3"/>
          <w14:checkbox>
            <w14:checked w14:val="0"/>
            <w14:checkedState w14:val="2612" w14:font="MS Gothic"/>
            <w14:uncheckedState w14:val="2610" w14:font="MS Gothic"/>
          </w14:checkbox>
        </w:sdtPr>
        <w:sdtContent>
          <w:r>
            <w:rPr>
              <w:color w:val="002E6E"/>
              <w:rFonts w:ascii="MS Gothic" w:hAnsi="MS Gothic"/>
            </w:rPr>
            <w:t>☐</w:t>
          </w:r>
        </w:sdtContent>
      </w:sdt>
      <w:r>
        <w:t xml:space="preserve"> 3  I am only able to engage in a few of my usual recreation activities because of neck pain.</w:t>
      </w:r>
    </w:p>
    <w:p>
      <w:pPr>
        <w:spacing w:after="0"/>
      </w:pPr>
      <w:sdt>
        <w:sdtPr>
          <w:id w:val="438"/>
          <w:tag w:val="Neck Index_Recreation_4"/>
          <w:alias w:val="Neck Index Recreation 4"/>
          <w14:checkbox>
            <w14:checked w14:val="0"/>
            <w14:checkedState w14:val="2612" w14:font="MS Gothic"/>
            <w14:uncheckedState w14:val="2610" w14:font="MS Gothic"/>
          </w14:checkbox>
        </w:sdtPr>
        <w:sdtContent>
          <w:r>
            <w:rPr>
              <w:color w:val="002E6E"/>
              <w:rFonts w:ascii="MS Gothic" w:hAnsi="MS Gothic"/>
            </w:rPr>
            <w:t>☐</w:t>
          </w:r>
        </w:sdtContent>
      </w:sdt>
      <w:r>
        <w:t xml:space="preserve"> 4  I can hardly do any recreation activities because of neck pain.</w:t>
      </w:r>
    </w:p>
    <w:p>
      <w:pPr>
        <w:spacing w:after="0"/>
      </w:pPr>
      <w:sdt>
        <w:sdtPr>
          <w:id w:val="439"/>
          <w:tag w:val="Neck Index_Recreation_5"/>
          <w:alias w:val="Neck Index Recreation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cannot do any recreation activities at all.</w:t>
      </w:r>
    </w:p>
    <w:p>
      <w:pPr>
        <w:pStyle w:val="Heading2"/>
        <w:spacing w:before="120" w:after="80"/>
      </w:pPr>
      <w:r>
        <w:t>Work</w:t>
      </w:r>
    </w:p>
    <w:p>
      <w:pPr>
        <w:spacing w:after="0"/>
      </w:pPr>
      <w:sdt>
        <w:sdtPr>
          <w:id w:val="440"/>
          <w:tag w:val="Neck Index_Work_0"/>
          <w:alias w:val="Neck Index Work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do as much work as I want.</w:t>
      </w:r>
    </w:p>
    <w:p>
      <w:pPr>
        <w:spacing w:after="0"/>
      </w:pPr>
      <w:sdt>
        <w:sdtPr>
          <w:id w:val="441"/>
          <w:tag w:val="Neck Index_Work_1"/>
          <w:alias w:val="Neck Index Work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only do my usual work but no more.</w:t>
      </w:r>
    </w:p>
    <w:p>
      <w:pPr>
        <w:spacing w:after="0"/>
      </w:pPr>
      <w:sdt>
        <w:sdtPr>
          <w:id w:val="442"/>
          <w:tag w:val="Neck Index_Work_2"/>
          <w:alias w:val="Neck Index Work 2"/>
          <w14:checkbox>
            <w14:checked w14:val="0"/>
            <w14:checkedState w14:val="2612" w14:font="MS Gothic"/>
            <w14:uncheckedState w14:val="2610" w14:font="MS Gothic"/>
          </w14:checkbox>
        </w:sdtPr>
        <w:sdtContent>
          <w:r>
            <w:rPr>
              <w:color w:val="002E6E"/>
              <w:rFonts w:ascii="MS Gothic" w:hAnsi="MS Gothic"/>
            </w:rPr>
            <w:t>☐</w:t>
          </w:r>
        </w:sdtContent>
      </w:sdt>
      <w:r>
        <w:t xml:space="preserve"> 2  I can only do most of my usual work but no more.</w:t>
      </w:r>
    </w:p>
    <w:p>
      <w:pPr>
        <w:spacing w:after="0"/>
      </w:pPr>
      <w:sdt>
        <w:sdtPr>
          <w:id w:val="443"/>
          <w:tag w:val="Neck Index_Work_3"/>
          <w:alias w:val="Neck Index Work 3"/>
          <w14:checkbox>
            <w14:checked w14:val="0"/>
            <w14:checkedState w14:val="2612" w14:font="MS Gothic"/>
            <w14:uncheckedState w14:val="2610" w14:font="MS Gothic"/>
          </w14:checkbox>
        </w:sdtPr>
        <w:sdtContent>
          <w:r>
            <w:rPr>
              <w:color w:val="002E6E"/>
              <w:rFonts w:ascii="MS Gothic" w:hAnsi="MS Gothic"/>
            </w:rPr>
            <w:t>☐</w:t>
          </w:r>
        </w:sdtContent>
      </w:sdt>
      <w:r>
        <w:t xml:space="preserve"> 3  I cannot do my usual work.</w:t>
      </w:r>
    </w:p>
    <w:p>
      <w:pPr>
        <w:spacing w:after="0"/>
      </w:pPr>
      <w:sdt>
        <w:sdtPr>
          <w:id w:val="444"/>
          <w:tag w:val="Neck Index_Work_4"/>
          <w:alias w:val="Neck Index Work 4"/>
          <w14:checkbox>
            <w14:checked w14:val="0"/>
            <w14:checkedState w14:val="2612" w14:font="MS Gothic"/>
            <w14:uncheckedState w14:val="2610" w14:font="MS Gothic"/>
          </w14:checkbox>
        </w:sdtPr>
        <w:sdtContent>
          <w:r>
            <w:rPr>
              <w:color w:val="002E6E"/>
              <w:rFonts w:ascii="MS Gothic" w:hAnsi="MS Gothic"/>
            </w:rPr>
            <w:t>☐</w:t>
          </w:r>
        </w:sdtContent>
      </w:sdt>
      <w:r>
        <w:t xml:space="preserve"> 4  I can hardly do any work at all.</w:t>
      </w:r>
    </w:p>
    <w:p>
      <w:pPr>
        <w:spacing w:after="0"/>
      </w:pPr>
      <w:sdt>
        <w:sdtPr>
          <w:id w:val="445"/>
          <w:tag w:val="Neck Index_Work_5"/>
          <w:alias w:val="Neck Index Work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cannot do any work at all.</w:t>
      </w:r>
    </w:p>
    <w:p>
      <w:pPr>
        <w:pStyle w:val="Heading2"/>
        <w:spacing w:before="120" w:after="80"/>
      </w:pPr>
      <w:r>
        <w:t>Headaches</w:t>
      </w:r>
    </w:p>
    <w:p>
      <w:pPr>
        <w:spacing w:after="0"/>
      </w:pPr>
      <w:sdt>
        <w:sdtPr>
          <w:id w:val="446"/>
          <w:tag w:val="Neck Index_Headaches_0"/>
          <w:alias w:val="Neck Index Headaches 0"/>
          <w14:checkbox>
            <w14:checked w14:val="0"/>
            <w14:checkedState w14:val="2612" w14:font="MS Gothic"/>
            <w14:uncheckedState w14:val="2610" w14:font="MS Gothic"/>
          </w14:checkbox>
        </w:sdtPr>
        <w:sdtContent>
          <w:r>
            <w:rPr>
              <w:color w:val="002E6E"/>
              <w:rFonts w:ascii="MS Gothic" w:hAnsi="MS Gothic"/>
            </w:rPr>
            <w:t>☐</w:t>
          </w:r>
        </w:sdtContent>
      </w:sdt>
      <w:r>
        <w:t xml:space="preserve"> 0  I have no headaches at all.</w:t>
      </w:r>
    </w:p>
    <w:p>
      <w:pPr>
        <w:spacing w:after="0"/>
      </w:pPr>
      <w:sdt>
        <w:sdtPr>
          <w:id w:val="447"/>
          <w:tag w:val="Neck Index_Headaches_1"/>
          <w:alias w:val="Neck Index Headaches 1"/>
          <w14:checkbox>
            <w14:checked w14:val="0"/>
            <w14:checkedState w14:val="2612" w14:font="MS Gothic"/>
            <w14:uncheckedState w14:val="2610" w14:font="MS Gothic"/>
          </w14:checkbox>
        </w:sdtPr>
        <w:sdtContent>
          <w:r>
            <w:rPr>
              <w:color w:val="002E6E"/>
              <w:rFonts w:ascii="MS Gothic" w:hAnsi="MS Gothic"/>
            </w:rPr>
            <w:t>☐</w:t>
          </w:r>
        </w:sdtContent>
      </w:sdt>
      <w:r>
        <w:t xml:space="preserve"> 1  I have slight headaches which come infrequently.</w:t>
      </w:r>
    </w:p>
    <w:p>
      <w:pPr>
        <w:spacing w:after="0"/>
      </w:pPr>
      <w:sdt>
        <w:sdtPr>
          <w:id w:val="448"/>
          <w:tag w:val="Neck Index_Headaches_2"/>
          <w:alias w:val="Neck Index Headaches 2"/>
          <w14:checkbox>
            <w14:checked w14:val="0"/>
            <w14:checkedState w14:val="2612" w14:font="MS Gothic"/>
            <w14:uncheckedState w14:val="2610" w14:font="MS Gothic"/>
          </w14:checkbox>
        </w:sdtPr>
        <w:sdtContent>
          <w:r>
            <w:rPr>
              <w:color w:val="002E6E"/>
              <w:rFonts w:ascii="MS Gothic" w:hAnsi="MS Gothic"/>
            </w:rPr>
            <w:t>☐</w:t>
          </w:r>
        </w:sdtContent>
      </w:sdt>
      <w:r>
        <w:t xml:space="preserve"> 2  I have moderate headaches which come infrequently.</w:t>
      </w:r>
    </w:p>
    <w:p>
      <w:pPr>
        <w:spacing w:after="0"/>
      </w:pPr>
      <w:sdt>
        <w:sdtPr>
          <w:id w:val="449"/>
          <w:tag w:val="Neck Index_Headaches_3"/>
          <w:alias w:val="Neck Index Headaches 3"/>
          <w14:checkbox>
            <w14:checked w14:val="0"/>
            <w14:checkedState w14:val="2612" w14:font="MS Gothic"/>
            <w14:uncheckedState w14:val="2610" w14:font="MS Gothic"/>
          </w14:checkbox>
        </w:sdtPr>
        <w:sdtContent>
          <w:r>
            <w:rPr>
              <w:color w:val="002E6E"/>
              <w:rFonts w:ascii="MS Gothic" w:hAnsi="MS Gothic"/>
            </w:rPr>
            <w:t>☐</w:t>
          </w:r>
        </w:sdtContent>
      </w:sdt>
      <w:r>
        <w:t xml:space="preserve"> 3  I have moderate headaches which come frequently.</w:t>
      </w:r>
    </w:p>
    <w:p>
      <w:pPr>
        <w:spacing w:after="0"/>
      </w:pPr>
      <w:sdt>
        <w:sdtPr>
          <w:id w:val="450"/>
          <w:tag w:val="Neck Index_Headaches_4"/>
          <w:alias w:val="Neck Index Headaches 4"/>
          <w14:checkbox>
            <w14:checked w14:val="0"/>
            <w14:checkedState w14:val="2612" w14:font="MS Gothic"/>
            <w14:uncheckedState w14:val="2610" w14:font="MS Gothic"/>
          </w14:checkbox>
        </w:sdtPr>
        <w:sdtContent>
          <w:r>
            <w:rPr>
              <w:color w:val="002E6E"/>
              <w:rFonts w:ascii="MS Gothic" w:hAnsi="MS Gothic"/>
            </w:rPr>
            <w:t>☐</w:t>
          </w:r>
        </w:sdtContent>
      </w:sdt>
      <w:r>
        <w:t xml:space="preserve"> 4  I have severe headaches which come frequently.</w:t>
      </w:r>
    </w:p>
    <w:p>
      <w:pPr>
        <w:spacing w:after="0"/>
      </w:pPr>
      <w:sdt>
        <w:sdtPr>
          <w:id w:val="451"/>
          <w:tag w:val="Neck Index_Headaches_5"/>
          <w:alias w:val="Neck Index Headaches 5"/>
          <w14:checkbox>
            <w14:checked w14:val="0"/>
            <w14:checkedState w14:val="2612" w14:font="MS Gothic"/>
            <w14:uncheckedState w14:val="2610" w14:font="MS Gothic"/>
          </w14:checkbox>
        </w:sdtPr>
        <w:sdtContent>
          <w:r>
            <w:rPr>
              <w:color w:val="002E6E"/>
              <w:rFonts w:ascii="MS Gothic" w:hAnsi="MS Gothic"/>
            </w:rPr>
            <w:t>☐</w:t>
          </w:r>
        </w:sdtContent>
      </w:sdt>
      <w:r>
        <w:t xml:space="preserve"> 5  I have headaches almost all the time.</w:t>
      </w:r>
    </w:p>
    <w:p>
      <w:r>
        <w:t>Index Score = [Sum of all statements selected / (# of sections with a statement selected x 5)] x 100</w:t>
      </w:r>
    </w:p>
    <w:p>
      <w:r>
        <w:rPr>
          <w:b/>
        </w:rPr>
        <w:t xml:space="preserve">Neck Index Score </w:t>
      </w:r>
      <w:sdt>
        <w:sdtPr>
          <w:id w:val="452"/>
          <w:tag w:val="Neck Index Score"/>
          <w:alias w:val="Neck Index Score"/>
          <w:text/>
        </w:sdtPr>
        <w:sdtContent>
          <w:r>
            <w:rPr>
              <w:color w:val="002E6E"/>
              <w:rFonts w:ascii="Arial" w:hAnsi="Arial"/>
            </w:rPr>
            <w:t>[Click or tap here to enter text]</w:t>
          </w:r>
        </w:sdtContent>
      </w:sdt>
    </w:p>
    <w:p>
      <w:pPr>
        <w:pStyle w:val="Heading1"/>
        <w:pageBreakBefore/>
      </w:pPr>
      <w:r>
        <w:t>Back Index</w:t>
      </w:r>
    </w:p>
    <w:p>
      <w:r>
        <w:t>Form BI100     rev 3/27/2003</w:t>
      </w:r>
    </w:p>
    <w:tbl>
      <w:tblPr>
        <w:tblW w:type="auto" w:w="0"/>
        <w:jc w:val="center"/>
        <w:tblLook w:firstColumn="1" w:firstRow="1" w:lastColumn="0" w:lastRow="0" w:noHBand="0" w:noVBand="1" w:val="04A0"/>
      </w:tblPr>
      <w:tblGrid>
        <w:gridCol w:w="5256"/>
        <w:gridCol w:w="5256"/>
      </w:tblGrid>
      <w:tr>
        <w:trPr>
          <w:cantSplit/>
        </w:trPr>
        <w:tc>
          <w:tcPr>
            <w:tcW w:type="dxa" w:w="5256"/>
            <w:vAlign w:val="center"/>
            <w:shd w:fill="F2F5F8"/>
          </w:tcPr>
          <w:p>
            <w:pPr>
              <w:spacing w:after="100"/>
            </w:pPr>
            <w:r>
              <w:rPr>
                <w:b/>
                <w:sz w:val="18"/>
              </w:rPr>
              <w:t>Patient Name</w:t>
              <w:br/>
            </w:r>
            <w:sdt>
              <w:sdtPr>
                <w:id w:val="454"/>
                <w:tag w:val="field_453"/>
                <w:alias w:val="field 453"/>
                <w:text/>
              </w:sdtPr>
              <w:sdtContent>
                <w:r>
                  <w:rPr>
                    <w:color w:val="002E6E"/>
                    <w:rFonts w:ascii="Arial" w:hAnsi="Arial"/>
                  </w:rPr>
                  <w:t>[Enter text]</w:t>
                </w:r>
              </w:sdtContent>
            </w:sdt>
          </w:p>
        </w:tc>
        <w:tc>
          <w:tcPr>
            <w:tcW w:type="dxa" w:w="5256"/>
            <w:vAlign w:val="center"/>
            <w:shd w:fill="F2F5F8"/>
          </w:tcPr>
          <w:p>
            <w:pPr>
              <w:spacing w:after="100"/>
            </w:pPr>
            <w:r>
              <w:rPr>
                <w:b/>
                <w:sz w:val="18"/>
              </w:rPr>
              <w:t>Date</w:t>
              <w:br/>
            </w:r>
            <w:sdt>
              <w:sdtPr>
                <w:id w:val="456"/>
                <w:tag w:val="field_455"/>
                <w:alias w:val="field 455"/>
                <w:text/>
              </w:sdtPr>
              <w:sdtContent>
                <w:r>
                  <w:rPr>
                    <w:color w:val="002E6E"/>
                    <w:rFonts w:ascii="Arial" w:hAnsi="Arial"/>
                  </w:rPr>
                  <w:t>[Enter text]</w:t>
                </w:r>
              </w:sdtContent>
            </w:sdt>
          </w:p>
        </w:tc>
      </w:tr>
    </w:tbl>
    <w:p>
      <w:pPr>
        <w:spacing w:after="60" w:line="20" w:lineRule="exact"/>
      </w:pPr>
      <w:r>
        <w:rPr>
          <w:sz w:val="2"/>
        </w:rPr>
      </w:r>
    </w:p>
    <w:p>
      <w:r>
        <w:t>This questionnaire will give your provider information about how your back condition affects your everyday life. Please answer every section by marking the one statement that applies to you. If two or more statements in one section apply, please mark the one statement that most closely describes your problem.</w:t>
      </w:r>
    </w:p>
    <w:p>
      <w:pPr>
        <w:pStyle w:val="Heading2"/>
        <w:spacing w:before="120" w:after="80"/>
      </w:pPr>
      <w:r>
        <w:t>Pain Intensity</w:t>
      </w:r>
    </w:p>
    <w:p>
      <w:pPr>
        <w:spacing w:after="0"/>
      </w:pPr>
      <w:sdt>
        <w:sdtPr>
          <w:id w:val="457"/>
          <w:tag w:val="Back Index_Pain Intensity_0"/>
          <w:alias w:val="Back Index Pain Intensity 0"/>
          <w14:checkbox>
            <w14:checked w14:val="0"/>
            <w14:checkedState w14:val="2612" w14:font="MS Gothic"/>
            <w14:uncheckedState w14:val="2610" w14:font="MS Gothic"/>
          </w14:checkbox>
        </w:sdtPr>
        <w:sdtContent>
          <w:r>
            <w:rPr>
              <w:color w:val="002E6E"/>
              <w:rFonts w:ascii="MS Gothic" w:hAnsi="MS Gothic"/>
            </w:rPr>
            <w:t>☐</w:t>
          </w:r>
        </w:sdtContent>
      </w:sdt>
      <w:r>
        <w:t xml:space="preserve"> 0  The pain comes and goes and is very mild.</w:t>
      </w:r>
    </w:p>
    <w:p>
      <w:pPr>
        <w:spacing w:after="0"/>
      </w:pPr>
      <w:sdt>
        <w:sdtPr>
          <w:id w:val="458"/>
          <w:tag w:val="Back Index_Pain Intensity_1"/>
          <w:alias w:val="Back Index Pain Intensity 1"/>
          <w14:checkbox>
            <w14:checked w14:val="0"/>
            <w14:checkedState w14:val="2612" w14:font="MS Gothic"/>
            <w14:uncheckedState w14:val="2610" w14:font="MS Gothic"/>
          </w14:checkbox>
        </w:sdtPr>
        <w:sdtContent>
          <w:r>
            <w:rPr>
              <w:color w:val="002E6E"/>
              <w:rFonts w:ascii="MS Gothic" w:hAnsi="MS Gothic"/>
            </w:rPr>
            <w:t>☐</w:t>
          </w:r>
        </w:sdtContent>
      </w:sdt>
      <w:r>
        <w:t xml:space="preserve"> 1  The pain is mild and does not vary much.</w:t>
      </w:r>
    </w:p>
    <w:p>
      <w:pPr>
        <w:spacing w:after="0"/>
      </w:pPr>
      <w:sdt>
        <w:sdtPr>
          <w:id w:val="459"/>
          <w:tag w:val="Back Index_Pain Intensity_2"/>
          <w:alias w:val="Back Index Pain Intensity 2"/>
          <w14:checkbox>
            <w14:checked w14:val="0"/>
            <w14:checkedState w14:val="2612" w14:font="MS Gothic"/>
            <w14:uncheckedState w14:val="2610" w14:font="MS Gothic"/>
          </w14:checkbox>
        </w:sdtPr>
        <w:sdtContent>
          <w:r>
            <w:rPr>
              <w:color w:val="002E6E"/>
              <w:rFonts w:ascii="MS Gothic" w:hAnsi="MS Gothic"/>
            </w:rPr>
            <w:t>☐</w:t>
          </w:r>
        </w:sdtContent>
      </w:sdt>
      <w:r>
        <w:t xml:space="preserve"> 2  The pain comes and goes and is moderate.</w:t>
      </w:r>
    </w:p>
    <w:p>
      <w:pPr>
        <w:spacing w:after="0"/>
      </w:pPr>
      <w:sdt>
        <w:sdtPr>
          <w:id w:val="460"/>
          <w:tag w:val="Back Index_Pain Intensity_3"/>
          <w:alias w:val="Back Index Pain Intensity 3"/>
          <w14:checkbox>
            <w14:checked w14:val="0"/>
            <w14:checkedState w14:val="2612" w14:font="MS Gothic"/>
            <w14:uncheckedState w14:val="2610" w14:font="MS Gothic"/>
          </w14:checkbox>
        </w:sdtPr>
        <w:sdtContent>
          <w:r>
            <w:rPr>
              <w:color w:val="002E6E"/>
              <w:rFonts w:ascii="MS Gothic" w:hAnsi="MS Gothic"/>
            </w:rPr>
            <w:t>☐</w:t>
          </w:r>
        </w:sdtContent>
      </w:sdt>
      <w:r>
        <w:t xml:space="preserve"> 3  The pain is moderate and does not vary much.</w:t>
      </w:r>
    </w:p>
    <w:p>
      <w:pPr>
        <w:spacing w:after="0"/>
      </w:pPr>
      <w:sdt>
        <w:sdtPr>
          <w:id w:val="461"/>
          <w:tag w:val="Back Index_Pain Intensity_4"/>
          <w:alias w:val="Back Index Pain Intensity 4"/>
          <w14:checkbox>
            <w14:checked w14:val="0"/>
            <w14:checkedState w14:val="2612" w14:font="MS Gothic"/>
            <w14:uncheckedState w14:val="2610" w14:font="MS Gothic"/>
          </w14:checkbox>
        </w:sdtPr>
        <w:sdtContent>
          <w:r>
            <w:rPr>
              <w:color w:val="002E6E"/>
              <w:rFonts w:ascii="MS Gothic" w:hAnsi="MS Gothic"/>
            </w:rPr>
            <w:t>☐</w:t>
          </w:r>
        </w:sdtContent>
      </w:sdt>
      <w:r>
        <w:t xml:space="preserve"> 4  The pain comes and goes and is very severe.</w:t>
      </w:r>
    </w:p>
    <w:p>
      <w:pPr>
        <w:spacing w:after="0"/>
      </w:pPr>
      <w:sdt>
        <w:sdtPr>
          <w:id w:val="462"/>
          <w:tag w:val="Back Index_Pain Intensity_5"/>
          <w:alias w:val="Back Index Pain Intensity 5"/>
          <w14:checkbox>
            <w14:checked w14:val="0"/>
            <w14:checkedState w14:val="2612" w14:font="MS Gothic"/>
            <w14:uncheckedState w14:val="2610" w14:font="MS Gothic"/>
          </w14:checkbox>
        </w:sdtPr>
        <w:sdtContent>
          <w:r>
            <w:rPr>
              <w:color w:val="002E6E"/>
              <w:rFonts w:ascii="MS Gothic" w:hAnsi="MS Gothic"/>
            </w:rPr>
            <w:t>☐</w:t>
          </w:r>
        </w:sdtContent>
      </w:sdt>
      <w:r>
        <w:t xml:space="preserve"> 5  The pain is very severe and does not vary much.</w:t>
      </w:r>
    </w:p>
    <w:p>
      <w:pPr>
        <w:pStyle w:val="Heading2"/>
        <w:spacing w:before="120" w:after="80"/>
      </w:pPr>
      <w:r>
        <w:t>Personal Care</w:t>
      </w:r>
    </w:p>
    <w:p>
      <w:pPr>
        <w:spacing w:after="0"/>
      </w:pPr>
      <w:sdt>
        <w:sdtPr>
          <w:id w:val="463"/>
          <w:tag w:val="Back Index_Personal Care_0"/>
          <w:alias w:val="Back Index Personal Care 0"/>
          <w14:checkbox>
            <w14:checked w14:val="0"/>
            <w14:checkedState w14:val="2612" w14:font="MS Gothic"/>
            <w14:uncheckedState w14:val="2610" w14:font="MS Gothic"/>
          </w14:checkbox>
        </w:sdtPr>
        <w:sdtContent>
          <w:r>
            <w:rPr>
              <w:color w:val="002E6E"/>
              <w:rFonts w:ascii="MS Gothic" w:hAnsi="MS Gothic"/>
            </w:rPr>
            <w:t>☐</w:t>
          </w:r>
        </w:sdtContent>
      </w:sdt>
      <w:r>
        <w:t xml:space="preserve"> 0  I do not have to change my way of washing or dressing in order to avoid pain.</w:t>
      </w:r>
    </w:p>
    <w:p>
      <w:pPr>
        <w:spacing w:after="0"/>
      </w:pPr>
      <w:sdt>
        <w:sdtPr>
          <w:id w:val="464"/>
          <w:tag w:val="Back Index_Personal Care_1"/>
          <w:alias w:val="Back Index Personal Care 1"/>
          <w14:checkbox>
            <w14:checked w14:val="0"/>
            <w14:checkedState w14:val="2612" w14:font="MS Gothic"/>
            <w14:uncheckedState w14:val="2610" w14:font="MS Gothic"/>
          </w14:checkbox>
        </w:sdtPr>
        <w:sdtContent>
          <w:r>
            <w:rPr>
              <w:color w:val="002E6E"/>
              <w:rFonts w:ascii="MS Gothic" w:hAnsi="MS Gothic"/>
            </w:rPr>
            <w:t>☐</w:t>
          </w:r>
        </w:sdtContent>
      </w:sdt>
      <w:r>
        <w:t xml:space="preserve"> 1  I do not normally change my way of washing or dressing even though it causes some pain.</w:t>
      </w:r>
    </w:p>
    <w:p>
      <w:pPr>
        <w:spacing w:after="0"/>
      </w:pPr>
      <w:sdt>
        <w:sdtPr>
          <w:id w:val="465"/>
          <w:tag w:val="Back Index_Personal Care_2"/>
          <w:alias w:val="Back Index Personal Care 2"/>
          <w14:checkbox>
            <w14:checked w14:val="0"/>
            <w14:checkedState w14:val="2612" w14:font="MS Gothic"/>
            <w14:uncheckedState w14:val="2610" w14:font="MS Gothic"/>
          </w14:checkbox>
        </w:sdtPr>
        <w:sdtContent>
          <w:r>
            <w:rPr>
              <w:color w:val="002E6E"/>
              <w:rFonts w:ascii="MS Gothic" w:hAnsi="MS Gothic"/>
            </w:rPr>
            <w:t>☐</w:t>
          </w:r>
        </w:sdtContent>
      </w:sdt>
      <w:r>
        <w:t xml:space="preserve"> 2  Washing and dressing increases the pain but I manage not to change my way of doing it.</w:t>
      </w:r>
    </w:p>
    <w:p>
      <w:pPr>
        <w:spacing w:after="0"/>
      </w:pPr>
      <w:sdt>
        <w:sdtPr>
          <w:id w:val="466"/>
          <w:tag w:val="Back Index_Personal Care_3"/>
          <w:alias w:val="Back Index Personal Care 3"/>
          <w14:checkbox>
            <w14:checked w14:val="0"/>
            <w14:checkedState w14:val="2612" w14:font="MS Gothic"/>
            <w14:uncheckedState w14:val="2610" w14:font="MS Gothic"/>
          </w14:checkbox>
        </w:sdtPr>
        <w:sdtContent>
          <w:r>
            <w:rPr>
              <w:color w:val="002E6E"/>
              <w:rFonts w:ascii="MS Gothic" w:hAnsi="MS Gothic"/>
            </w:rPr>
            <w:t>☐</w:t>
          </w:r>
        </w:sdtContent>
      </w:sdt>
      <w:r>
        <w:t xml:space="preserve"> 3  Washing and dressing increases the pain and I find it necessary to change my way of doing it.</w:t>
      </w:r>
    </w:p>
    <w:p>
      <w:pPr>
        <w:spacing w:after="0"/>
      </w:pPr>
      <w:sdt>
        <w:sdtPr>
          <w:id w:val="467"/>
          <w:tag w:val="Back Index_Personal Care_4"/>
          <w:alias w:val="Back Index Personal Care 4"/>
          <w14:checkbox>
            <w14:checked w14:val="0"/>
            <w14:checkedState w14:val="2612" w14:font="MS Gothic"/>
            <w14:uncheckedState w14:val="2610" w14:font="MS Gothic"/>
          </w14:checkbox>
        </w:sdtPr>
        <w:sdtContent>
          <w:r>
            <w:rPr>
              <w:color w:val="002E6E"/>
              <w:rFonts w:ascii="MS Gothic" w:hAnsi="MS Gothic"/>
            </w:rPr>
            <w:t>☐</w:t>
          </w:r>
        </w:sdtContent>
      </w:sdt>
      <w:r>
        <w:t xml:space="preserve"> 4  Because of the pain I am unable to do some washing and dressing without help.</w:t>
      </w:r>
    </w:p>
    <w:p>
      <w:pPr>
        <w:spacing w:after="0"/>
      </w:pPr>
      <w:sdt>
        <w:sdtPr>
          <w:id w:val="468"/>
          <w:tag w:val="Back Index_Personal Care_5"/>
          <w:alias w:val="Back Index Personal Care 5"/>
          <w14:checkbox>
            <w14:checked w14:val="0"/>
            <w14:checkedState w14:val="2612" w14:font="MS Gothic"/>
            <w14:uncheckedState w14:val="2610" w14:font="MS Gothic"/>
          </w14:checkbox>
        </w:sdtPr>
        <w:sdtContent>
          <w:r>
            <w:rPr>
              <w:color w:val="002E6E"/>
              <w:rFonts w:ascii="MS Gothic" w:hAnsi="MS Gothic"/>
            </w:rPr>
            <w:t>☐</w:t>
          </w:r>
        </w:sdtContent>
      </w:sdt>
      <w:r>
        <w:t xml:space="preserve"> 5  Because of the pain I am unable to do any washing and dressing without help.</w:t>
      </w:r>
    </w:p>
    <w:p>
      <w:pPr>
        <w:pStyle w:val="Heading2"/>
        <w:spacing w:before="120" w:after="80"/>
      </w:pPr>
      <w:r>
        <w:t>Sleeping</w:t>
      </w:r>
    </w:p>
    <w:p>
      <w:pPr>
        <w:spacing w:after="0"/>
      </w:pPr>
      <w:sdt>
        <w:sdtPr>
          <w:id w:val="469"/>
          <w:tag w:val="Back Index_Sleeping_0"/>
          <w:alias w:val="Back Index Sleep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get no pain in bed.</w:t>
      </w:r>
    </w:p>
    <w:p>
      <w:pPr>
        <w:spacing w:after="0"/>
      </w:pPr>
      <w:sdt>
        <w:sdtPr>
          <w:id w:val="470"/>
          <w:tag w:val="Back Index_Sleeping_1"/>
          <w:alias w:val="Back Index Sleep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get pain in bed but it does not prevent me from sleeping well.</w:t>
      </w:r>
    </w:p>
    <w:p>
      <w:pPr>
        <w:spacing w:after="0"/>
      </w:pPr>
      <w:sdt>
        <w:sdtPr>
          <w:id w:val="471"/>
          <w:tag w:val="Back Index_Sleeping_2"/>
          <w:alias w:val="Back Index Sleeping 2"/>
          <w14:checkbox>
            <w14:checked w14:val="0"/>
            <w14:checkedState w14:val="2612" w14:font="MS Gothic"/>
            <w14:uncheckedState w14:val="2610" w14:font="MS Gothic"/>
          </w14:checkbox>
        </w:sdtPr>
        <w:sdtContent>
          <w:r>
            <w:rPr>
              <w:color w:val="002E6E"/>
              <w:rFonts w:ascii="MS Gothic" w:hAnsi="MS Gothic"/>
            </w:rPr>
            <w:t>☐</w:t>
          </w:r>
        </w:sdtContent>
      </w:sdt>
      <w:r>
        <w:t xml:space="preserve"> 2  Because of pain my normal sleep is reduced by less than 25%.</w:t>
      </w:r>
    </w:p>
    <w:p>
      <w:pPr>
        <w:spacing w:after="0"/>
      </w:pPr>
      <w:sdt>
        <w:sdtPr>
          <w:id w:val="472"/>
          <w:tag w:val="Back Index_Sleeping_3"/>
          <w:alias w:val="Back Index Sleeping 3"/>
          <w14:checkbox>
            <w14:checked w14:val="0"/>
            <w14:checkedState w14:val="2612" w14:font="MS Gothic"/>
            <w14:uncheckedState w14:val="2610" w14:font="MS Gothic"/>
          </w14:checkbox>
        </w:sdtPr>
        <w:sdtContent>
          <w:r>
            <w:rPr>
              <w:color w:val="002E6E"/>
              <w:rFonts w:ascii="MS Gothic" w:hAnsi="MS Gothic"/>
            </w:rPr>
            <w:t>☐</w:t>
          </w:r>
        </w:sdtContent>
      </w:sdt>
      <w:r>
        <w:t xml:space="preserve"> 3  Because of pain my normal sleep is reduced by less than 50%.</w:t>
      </w:r>
    </w:p>
    <w:p>
      <w:pPr>
        <w:spacing w:after="0"/>
      </w:pPr>
      <w:sdt>
        <w:sdtPr>
          <w:id w:val="473"/>
          <w:tag w:val="Back Index_Sleeping_4"/>
          <w:alias w:val="Back Index Sleeping 4"/>
          <w14:checkbox>
            <w14:checked w14:val="0"/>
            <w14:checkedState w14:val="2612" w14:font="MS Gothic"/>
            <w14:uncheckedState w14:val="2610" w14:font="MS Gothic"/>
          </w14:checkbox>
        </w:sdtPr>
        <w:sdtContent>
          <w:r>
            <w:rPr>
              <w:color w:val="002E6E"/>
              <w:rFonts w:ascii="MS Gothic" w:hAnsi="MS Gothic"/>
            </w:rPr>
            <w:t>☐</w:t>
          </w:r>
        </w:sdtContent>
      </w:sdt>
      <w:r>
        <w:t xml:space="preserve"> 4  Because of pain my normal sleep is reduced by less than 75%.</w:t>
      </w:r>
    </w:p>
    <w:p>
      <w:pPr>
        <w:spacing w:after="0"/>
      </w:pPr>
      <w:sdt>
        <w:sdtPr>
          <w:id w:val="474"/>
          <w:tag w:val="Back Index_Sleeping_5"/>
          <w:alias w:val="Back Index Sleeping 5"/>
          <w14:checkbox>
            <w14:checked w14:val="0"/>
            <w14:checkedState w14:val="2612" w14:font="MS Gothic"/>
            <w14:uncheckedState w14:val="2610" w14:font="MS Gothic"/>
          </w14:checkbox>
        </w:sdtPr>
        <w:sdtContent>
          <w:r>
            <w:rPr>
              <w:color w:val="002E6E"/>
              <w:rFonts w:ascii="MS Gothic" w:hAnsi="MS Gothic"/>
            </w:rPr>
            <w:t>☐</w:t>
          </w:r>
        </w:sdtContent>
      </w:sdt>
      <w:r>
        <w:t xml:space="preserve"> 5  Pain prevents me from sleeping at all.</w:t>
      </w:r>
    </w:p>
    <w:p>
      <w:pPr>
        <w:pStyle w:val="Heading2"/>
        <w:spacing w:before="120" w:after="80"/>
      </w:pPr>
      <w:r>
        <w:t>Lifting</w:t>
      </w:r>
    </w:p>
    <w:p>
      <w:pPr>
        <w:spacing w:after="0"/>
      </w:pPr>
      <w:sdt>
        <w:sdtPr>
          <w:id w:val="475"/>
          <w:tag w:val="Back Index_Lifting_0"/>
          <w:alias w:val="Back Index Lift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lift heavy weights without extra pain.</w:t>
      </w:r>
    </w:p>
    <w:p>
      <w:pPr>
        <w:spacing w:after="0"/>
      </w:pPr>
      <w:sdt>
        <w:sdtPr>
          <w:id w:val="476"/>
          <w:tag w:val="Back Index_Lifting_1"/>
          <w:alias w:val="Back Index Lift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lift heavy weights but it causes extra pain.</w:t>
      </w:r>
    </w:p>
    <w:p>
      <w:pPr>
        <w:spacing w:after="0"/>
      </w:pPr>
      <w:sdt>
        <w:sdtPr>
          <w:id w:val="477"/>
          <w:tag w:val="Back Index_Lifting_2"/>
          <w:alias w:val="Back Index Lifting 2"/>
          <w14:checkbox>
            <w14:checked w14:val="0"/>
            <w14:checkedState w14:val="2612" w14:font="MS Gothic"/>
            <w14:uncheckedState w14:val="2610" w14:font="MS Gothic"/>
          </w14:checkbox>
        </w:sdtPr>
        <w:sdtContent>
          <w:r>
            <w:rPr>
              <w:color w:val="002E6E"/>
              <w:rFonts w:ascii="MS Gothic" w:hAnsi="MS Gothic"/>
            </w:rPr>
            <w:t>☐</w:t>
          </w:r>
        </w:sdtContent>
      </w:sdt>
      <w:r>
        <w:t xml:space="preserve"> 2  Pain prevents me from lifting heavy weights off the floor.</w:t>
      </w:r>
    </w:p>
    <w:p>
      <w:pPr>
        <w:spacing w:after="0"/>
      </w:pPr>
      <w:sdt>
        <w:sdtPr>
          <w:id w:val="478"/>
          <w:tag w:val="Back Index_Lifting_3"/>
          <w:alias w:val="Back Index Lifting 3"/>
          <w14:checkbox>
            <w14:checked w14:val="0"/>
            <w14:checkedState w14:val="2612" w14:font="MS Gothic"/>
            <w14:uncheckedState w14:val="2610" w14:font="MS Gothic"/>
          </w14:checkbox>
        </w:sdtPr>
        <w:sdtContent>
          <w:r>
            <w:rPr>
              <w:color w:val="002E6E"/>
              <w:rFonts w:ascii="MS Gothic" w:hAnsi="MS Gothic"/>
            </w:rPr>
            <w:t>☐</w:t>
          </w:r>
        </w:sdtContent>
      </w:sdt>
      <w:r>
        <w:t xml:space="preserve"> 3  Pain prevents me from lifting heavy weights off the floor, but I can manage if they are conveniently positioned (e.g., on a table).</w:t>
      </w:r>
    </w:p>
    <w:p>
      <w:pPr>
        <w:spacing w:after="0"/>
      </w:pPr>
      <w:sdt>
        <w:sdtPr>
          <w:id w:val="479"/>
          <w:tag w:val="Back Index_Lifting_4"/>
          <w:alias w:val="Back Index Lifting 4"/>
          <w14:checkbox>
            <w14:checked w14:val="0"/>
            <w14:checkedState w14:val="2612" w14:font="MS Gothic"/>
            <w14:uncheckedState w14:val="2610" w14:font="MS Gothic"/>
          </w14:checkbox>
        </w:sdtPr>
        <w:sdtContent>
          <w:r>
            <w:rPr>
              <w:color w:val="002E6E"/>
              <w:rFonts w:ascii="MS Gothic" w:hAnsi="MS Gothic"/>
            </w:rPr>
            <w:t>☐</w:t>
          </w:r>
        </w:sdtContent>
      </w:sdt>
      <w:r>
        <w:t xml:space="preserve"> 4  Pain prevents me from lifting heavy weights off the floor but I can manage light to medium weights if they are conveniently positioned.</w:t>
      </w:r>
    </w:p>
    <w:p>
      <w:pPr>
        <w:spacing w:after="0"/>
      </w:pPr>
      <w:sdt>
        <w:sdtPr>
          <w:id w:val="480"/>
          <w:tag w:val="Back Index_Lifting_5"/>
          <w:alias w:val="Back Index Lifting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 only lift very light weights.</w:t>
      </w:r>
    </w:p>
    <w:p>
      <w:pPr>
        <w:pStyle w:val="Heading2"/>
        <w:spacing w:before="120" w:after="80"/>
      </w:pPr>
      <w:r>
        <w:t>Sitting</w:t>
      </w:r>
    </w:p>
    <w:p>
      <w:pPr>
        <w:spacing w:after="0"/>
      </w:pPr>
      <w:sdt>
        <w:sdtPr>
          <w:id w:val="481"/>
          <w:tag w:val="Back Index_Sitting_0"/>
          <w:alias w:val="Back Index Sitt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sit in any chair as long as I like.</w:t>
      </w:r>
    </w:p>
    <w:p>
      <w:pPr>
        <w:spacing w:after="0"/>
      </w:pPr>
      <w:sdt>
        <w:sdtPr>
          <w:id w:val="482"/>
          <w:tag w:val="Back Index_Sitting_1"/>
          <w:alias w:val="Back Index Sitt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can only sit in my favorite chair as long as I like.</w:t>
      </w:r>
    </w:p>
    <w:p>
      <w:pPr>
        <w:spacing w:after="0"/>
      </w:pPr>
      <w:sdt>
        <w:sdtPr>
          <w:id w:val="483"/>
          <w:tag w:val="Back Index_Sitting_2"/>
          <w:alias w:val="Back Index Sitting 2"/>
          <w14:checkbox>
            <w14:checked w14:val="0"/>
            <w14:checkedState w14:val="2612" w14:font="MS Gothic"/>
            <w14:uncheckedState w14:val="2610" w14:font="MS Gothic"/>
          </w14:checkbox>
        </w:sdtPr>
        <w:sdtContent>
          <w:r>
            <w:rPr>
              <w:color w:val="002E6E"/>
              <w:rFonts w:ascii="MS Gothic" w:hAnsi="MS Gothic"/>
            </w:rPr>
            <w:t>☐</w:t>
          </w:r>
        </w:sdtContent>
      </w:sdt>
      <w:r>
        <w:t xml:space="preserve"> 2  Pain prevents me from sitting more than 1 hour.</w:t>
      </w:r>
    </w:p>
    <w:p>
      <w:pPr>
        <w:spacing w:after="0"/>
      </w:pPr>
      <w:sdt>
        <w:sdtPr>
          <w:id w:val="484"/>
          <w:tag w:val="Back Index_Sitting_3"/>
          <w:alias w:val="Back Index Sitting 3"/>
          <w14:checkbox>
            <w14:checked w14:val="0"/>
            <w14:checkedState w14:val="2612" w14:font="MS Gothic"/>
            <w14:uncheckedState w14:val="2610" w14:font="MS Gothic"/>
          </w14:checkbox>
        </w:sdtPr>
        <w:sdtContent>
          <w:r>
            <w:rPr>
              <w:color w:val="002E6E"/>
              <w:rFonts w:ascii="MS Gothic" w:hAnsi="MS Gothic"/>
            </w:rPr>
            <w:t>☐</w:t>
          </w:r>
        </w:sdtContent>
      </w:sdt>
      <w:r>
        <w:t xml:space="preserve"> 3  Pain prevents me from sitting more than 1/2 hour.</w:t>
      </w:r>
    </w:p>
    <w:p>
      <w:pPr>
        <w:spacing w:after="0"/>
      </w:pPr>
      <w:sdt>
        <w:sdtPr>
          <w:id w:val="485"/>
          <w:tag w:val="Back Index_Sitting_4"/>
          <w:alias w:val="Back Index Sitting 4"/>
          <w14:checkbox>
            <w14:checked w14:val="0"/>
            <w14:checkedState w14:val="2612" w14:font="MS Gothic"/>
            <w14:uncheckedState w14:val="2610" w14:font="MS Gothic"/>
          </w14:checkbox>
        </w:sdtPr>
        <w:sdtContent>
          <w:r>
            <w:rPr>
              <w:color w:val="002E6E"/>
              <w:rFonts w:ascii="MS Gothic" w:hAnsi="MS Gothic"/>
            </w:rPr>
            <w:t>☐</w:t>
          </w:r>
        </w:sdtContent>
      </w:sdt>
      <w:r>
        <w:t xml:space="preserve"> 4  Pain prevents me from sitting more than 10 minutes.</w:t>
      </w:r>
    </w:p>
    <w:p>
      <w:pPr>
        <w:spacing w:after="0"/>
      </w:pPr>
      <w:sdt>
        <w:sdtPr>
          <w:id w:val="486"/>
          <w:tag w:val="Back Index_Sitting_5"/>
          <w:alias w:val="Back Index Sitting 5"/>
          <w14:checkbox>
            <w14:checked w14:val="0"/>
            <w14:checkedState w14:val="2612" w14:font="MS Gothic"/>
            <w14:uncheckedState w14:val="2610" w14:font="MS Gothic"/>
          </w14:checkbox>
        </w:sdtPr>
        <w:sdtContent>
          <w:r>
            <w:rPr>
              <w:color w:val="002E6E"/>
              <w:rFonts w:ascii="MS Gothic" w:hAnsi="MS Gothic"/>
            </w:rPr>
            <w:t>☐</w:t>
          </w:r>
        </w:sdtContent>
      </w:sdt>
      <w:r>
        <w:t xml:space="preserve"> 5  I avoid sitting because it increases pain immediately.</w:t>
      </w:r>
    </w:p>
    <w:p>
      <w:pPr>
        <w:pStyle w:val="Heading1"/>
        <w:pageBreakBefore/>
      </w:pPr>
      <w:r>
        <w:t>Back Index continued</w:t>
      </w:r>
    </w:p>
    <w:p>
      <w:pPr>
        <w:pStyle w:val="Heading2"/>
        <w:spacing w:before="120" w:after="80"/>
      </w:pPr>
      <w:r>
        <w:t>Traveling</w:t>
      </w:r>
    </w:p>
    <w:p>
      <w:pPr>
        <w:spacing w:after="0"/>
      </w:pPr>
      <w:sdt>
        <w:sdtPr>
          <w:id w:val="487"/>
          <w:tag w:val="Back Index_Traveling_0"/>
          <w:alias w:val="Back Index Travel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get no pain while traveling.</w:t>
      </w:r>
    </w:p>
    <w:p>
      <w:pPr>
        <w:spacing w:after="0"/>
      </w:pPr>
      <w:sdt>
        <w:sdtPr>
          <w:id w:val="488"/>
          <w:tag w:val="Back Index_Traveling_1"/>
          <w:alias w:val="Back Index Travel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get some pain while traveling but none of my usual forms of travel make it worse.</w:t>
      </w:r>
    </w:p>
    <w:p>
      <w:pPr>
        <w:spacing w:after="0"/>
      </w:pPr>
      <w:sdt>
        <w:sdtPr>
          <w:id w:val="489"/>
          <w:tag w:val="Back Index_Traveling_2"/>
          <w:alias w:val="Back Index Traveling 2"/>
          <w14:checkbox>
            <w14:checked w14:val="0"/>
            <w14:checkedState w14:val="2612" w14:font="MS Gothic"/>
            <w14:uncheckedState w14:val="2610" w14:font="MS Gothic"/>
          </w14:checkbox>
        </w:sdtPr>
        <w:sdtContent>
          <w:r>
            <w:rPr>
              <w:color w:val="002E6E"/>
              <w:rFonts w:ascii="MS Gothic" w:hAnsi="MS Gothic"/>
            </w:rPr>
            <w:t>☐</w:t>
          </w:r>
        </w:sdtContent>
      </w:sdt>
      <w:r>
        <w:t xml:space="preserve"> 2  I get extra pain while traveling but it does not cause me to seek alternate forms of travel.</w:t>
      </w:r>
    </w:p>
    <w:p>
      <w:pPr>
        <w:spacing w:after="0"/>
      </w:pPr>
      <w:sdt>
        <w:sdtPr>
          <w:id w:val="490"/>
          <w:tag w:val="Back Index_Traveling_3"/>
          <w:alias w:val="Back Index Traveling 3"/>
          <w14:checkbox>
            <w14:checked w14:val="0"/>
            <w14:checkedState w14:val="2612" w14:font="MS Gothic"/>
            <w14:uncheckedState w14:val="2610" w14:font="MS Gothic"/>
          </w14:checkbox>
        </w:sdtPr>
        <w:sdtContent>
          <w:r>
            <w:rPr>
              <w:color w:val="002E6E"/>
              <w:rFonts w:ascii="MS Gothic" w:hAnsi="MS Gothic"/>
            </w:rPr>
            <w:t>☐</w:t>
          </w:r>
        </w:sdtContent>
      </w:sdt>
      <w:r>
        <w:t xml:space="preserve"> 3  I get extra pain while traveling which causes me to seek alternate forms of travel.</w:t>
      </w:r>
    </w:p>
    <w:p>
      <w:pPr>
        <w:spacing w:after="0"/>
      </w:pPr>
      <w:sdt>
        <w:sdtPr>
          <w:id w:val="491"/>
          <w:tag w:val="Back Index_Traveling_4"/>
          <w:alias w:val="Back Index Traveling 4"/>
          <w14:checkbox>
            <w14:checked w14:val="0"/>
            <w14:checkedState w14:val="2612" w14:font="MS Gothic"/>
            <w14:uncheckedState w14:val="2610" w14:font="MS Gothic"/>
          </w14:checkbox>
        </w:sdtPr>
        <w:sdtContent>
          <w:r>
            <w:rPr>
              <w:color w:val="002E6E"/>
              <w:rFonts w:ascii="MS Gothic" w:hAnsi="MS Gothic"/>
            </w:rPr>
            <w:t>☐</w:t>
          </w:r>
        </w:sdtContent>
      </w:sdt>
      <w:r>
        <w:t xml:space="preserve"> 4  Pain restricts all forms of travel except that done while lying down.</w:t>
      </w:r>
    </w:p>
    <w:p>
      <w:pPr>
        <w:spacing w:after="0"/>
      </w:pPr>
      <w:sdt>
        <w:sdtPr>
          <w:id w:val="492"/>
          <w:tag w:val="Back Index_Traveling_5"/>
          <w:alias w:val="Back Index Traveling 5"/>
          <w14:checkbox>
            <w14:checked w14:val="0"/>
            <w14:checkedState w14:val="2612" w14:font="MS Gothic"/>
            <w14:uncheckedState w14:val="2610" w14:font="MS Gothic"/>
          </w14:checkbox>
        </w:sdtPr>
        <w:sdtContent>
          <w:r>
            <w:rPr>
              <w:color w:val="002E6E"/>
              <w:rFonts w:ascii="MS Gothic" w:hAnsi="MS Gothic"/>
            </w:rPr>
            <w:t>☐</w:t>
          </w:r>
        </w:sdtContent>
      </w:sdt>
      <w:r>
        <w:t xml:space="preserve"> 5  Pain restricts all forms of travel.</w:t>
      </w:r>
    </w:p>
    <w:p>
      <w:pPr>
        <w:pStyle w:val="Heading2"/>
        <w:spacing w:before="120" w:after="80"/>
      </w:pPr>
      <w:r>
        <w:t>Standing</w:t>
      </w:r>
    </w:p>
    <w:p>
      <w:pPr>
        <w:spacing w:after="0"/>
      </w:pPr>
      <w:sdt>
        <w:sdtPr>
          <w:id w:val="493"/>
          <w:tag w:val="Back Index_Standing_0"/>
          <w:alias w:val="Back Index Stand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can stand as long as I want without pain.</w:t>
      </w:r>
    </w:p>
    <w:p>
      <w:pPr>
        <w:spacing w:after="0"/>
      </w:pPr>
      <w:sdt>
        <w:sdtPr>
          <w:id w:val="494"/>
          <w:tag w:val="Back Index_Standing_1"/>
          <w:alias w:val="Back Index Stand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have some pain while standing but it does not increase with time.</w:t>
      </w:r>
    </w:p>
    <w:p>
      <w:pPr>
        <w:spacing w:after="0"/>
      </w:pPr>
      <w:sdt>
        <w:sdtPr>
          <w:id w:val="495"/>
          <w:tag w:val="Back Index_Standing_2"/>
          <w:alias w:val="Back Index Standing 2"/>
          <w14:checkbox>
            <w14:checked w14:val="0"/>
            <w14:checkedState w14:val="2612" w14:font="MS Gothic"/>
            <w14:uncheckedState w14:val="2610" w14:font="MS Gothic"/>
          </w14:checkbox>
        </w:sdtPr>
        <w:sdtContent>
          <w:r>
            <w:rPr>
              <w:color w:val="002E6E"/>
              <w:rFonts w:ascii="MS Gothic" w:hAnsi="MS Gothic"/>
            </w:rPr>
            <w:t>☐</w:t>
          </w:r>
        </w:sdtContent>
      </w:sdt>
      <w:r>
        <w:t xml:space="preserve"> 2  I cannot stand for longer than 1 hour without increasing pain.</w:t>
      </w:r>
    </w:p>
    <w:p>
      <w:pPr>
        <w:spacing w:after="0"/>
      </w:pPr>
      <w:sdt>
        <w:sdtPr>
          <w:id w:val="496"/>
          <w:tag w:val="Back Index_Standing_3"/>
          <w:alias w:val="Back Index Standing 3"/>
          <w14:checkbox>
            <w14:checked w14:val="0"/>
            <w14:checkedState w14:val="2612" w14:font="MS Gothic"/>
            <w14:uncheckedState w14:val="2610" w14:font="MS Gothic"/>
          </w14:checkbox>
        </w:sdtPr>
        <w:sdtContent>
          <w:r>
            <w:rPr>
              <w:color w:val="002E6E"/>
              <w:rFonts w:ascii="MS Gothic" w:hAnsi="MS Gothic"/>
            </w:rPr>
            <w:t>☐</w:t>
          </w:r>
        </w:sdtContent>
      </w:sdt>
      <w:r>
        <w:t xml:space="preserve"> 3  I cannot stand for longer than 1/2 hour without increasing pain.</w:t>
      </w:r>
    </w:p>
    <w:p>
      <w:pPr>
        <w:spacing w:after="0"/>
      </w:pPr>
      <w:sdt>
        <w:sdtPr>
          <w:id w:val="497"/>
          <w:tag w:val="Back Index_Standing_4"/>
          <w:alias w:val="Back Index Standing 4"/>
          <w14:checkbox>
            <w14:checked w14:val="0"/>
            <w14:checkedState w14:val="2612" w14:font="MS Gothic"/>
            <w14:uncheckedState w14:val="2610" w14:font="MS Gothic"/>
          </w14:checkbox>
        </w:sdtPr>
        <w:sdtContent>
          <w:r>
            <w:rPr>
              <w:color w:val="002E6E"/>
              <w:rFonts w:ascii="MS Gothic" w:hAnsi="MS Gothic"/>
            </w:rPr>
            <w:t>☐</w:t>
          </w:r>
        </w:sdtContent>
      </w:sdt>
      <w:r>
        <w:t xml:space="preserve"> 4  I cannot stand for longer than 10 minutes without increasing pain.</w:t>
      </w:r>
    </w:p>
    <w:p>
      <w:pPr>
        <w:spacing w:after="0"/>
      </w:pPr>
      <w:sdt>
        <w:sdtPr>
          <w:id w:val="498"/>
          <w:tag w:val="Back Index_Standing_5"/>
          <w:alias w:val="Back Index Standing 5"/>
          <w14:checkbox>
            <w14:checked w14:val="0"/>
            <w14:checkedState w14:val="2612" w14:font="MS Gothic"/>
            <w14:uncheckedState w14:val="2610" w14:font="MS Gothic"/>
          </w14:checkbox>
        </w:sdtPr>
        <w:sdtContent>
          <w:r>
            <w:rPr>
              <w:color w:val="002E6E"/>
              <w:rFonts w:ascii="MS Gothic" w:hAnsi="MS Gothic"/>
            </w:rPr>
            <w:t>☐</w:t>
          </w:r>
        </w:sdtContent>
      </w:sdt>
      <w:r>
        <w:t xml:space="preserve"> 5  I avoid standing because it increases pain immediately.</w:t>
      </w:r>
    </w:p>
    <w:p>
      <w:pPr>
        <w:pStyle w:val="Heading2"/>
        <w:spacing w:before="120" w:after="80"/>
      </w:pPr>
      <w:r>
        <w:t>Social Life</w:t>
      </w:r>
    </w:p>
    <w:p>
      <w:pPr>
        <w:spacing w:after="0"/>
      </w:pPr>
      <w:sdt>
        <w:sdtPr>
          <w:id w:val="499"/>
          <w:tag w:val="Back Index_Social Life_0"/>
          <w:alias w:val="Back Index Social Life 0"/>
          <w14:checkbox>
            <w14:checked w14:val="0"/>
            <w14:checkedState w14:val="2612" w14:font="MS Gothic"/>
            <w14:uncheckedState w14:val="2610" w14:font="MS Gothic"/>
          </w14:checkbox>
        </w:sdtPr>
        <w:sdtContent>
          <w:r>
            <w:rPr>
              <w:color w:val="002E6E"/>
              <w:rFonts w:ascii="MS Gothic" w:hAnsi="MS Gothic"/>
            </w:rPr>
            <w:t>☐</w:t>
          </w:r>
        </w:sdtContent>
      </w:sdt>
      <w:r>
        <w:t xml:space="preserve"> 0  My social life is normal and gives me no extra pain.</w:t>
      </w:r>
    </w:p>
    <w:p>
      <w:pPr>
        <w:spacing w:after="0"/>
      </w:pPr>
      <w:sdt>
        <w:sdtPr>
          <w:id w:val="500"/>
          <w:tag w:val="Back Index_Social Life_1"/>
          <w:alias w:val="Back Index Social Life 1"/>
          <w14:checkbox>
            <w14:checked w14:val="0"/>
            <w14:checkedState w14:val="2612" w14:font="MS Gothic"/>
            <w14:uncheckedState w14:val="2610" w14:font="MS Gothic"/>
          </w14:checkbox>
        </w:sdtPr>
        <w:sdtContent>
          <w:r>
            <w:rPr>
              <w:color w:val="002E6E"/>
              <w:rFonts w:ascii="MS Gothic" w:hAnsi="MS Gothic"/>
            </w:rPr>
            <w:t>☐</w:t>
          </w:r>
        </w:sdtContent>
      </w:sdt>
      <w:r>
        <w:t xml:space="preserve"> 1  My social life is normal but increases the degree of pain.</w:t>
      </w:r>
    </w:p>
    <w:p>
      <w:pPr>
        <w:spacing w:after="0"/>
      </w:pPr>
      <w:sdt>
        <w:sdtPr>
          <w:id w:val="501"/>
          <w:tag w:val="Back Index_Social Life_2"/>
          <w:alias w:val="Back Index Social Life 2"/>
          <w14:checkbox>
            <w14:checked w14:val="0"/>
            <w14:checkedState w14:val="2612" w14:font="MS Gothic"/>
            <w14:uncheckedState w14:val="2610" w14:font="MS Gothic"/>
          </w14:checkbox>
        </w:sdtPr>
        <w:sdtContent>
          <w:r>
            <w:rPr>
              <w:color w:val="002E6E"/>
              <w:rFonts w:ascii="MS Gothic" w:hAnsi="MS Gothic"/>
            </w:rPr>
            <w:t>☐</w:t>
          </w:r>
        </w:sdtContent>
      </w:sdt>
      <w:r>
        <w:t xml:space="preserve"> 2  Pain has no significant affect on my social life apart from limiting my more energetic interests (e.g., dancing, etc).</w:t>
      </w:r>
    </w:p>
    <w:p>
      <w:pPr>
        <w:spacing w:after="0"/>
      </w:pPr>
      <w:sdt>
        <w:sdtPr>
          <w:id w:val="502"/>
          <w:tag w:val="Back Index_Social Life_3"/>
          <w:alias w:val="Back Index Social Life 3"/>
          <w14:checkbox>
            <w14:checked w14:val="0"/>
            <w14:checkedState w14:val="2612" w14:font="MS Gothic"/>
            <w14:uncheckedState w14:val="2610" w14:font="MS Gothic"/>
          </w14:checkbox>
        </w:sdtPr>
        <w:sdtContent>
          <w:r>
            <w:rPr>
              <w:color w:val="002E6E"/>
              <w:rFonts w:ascii="MS Gothic" w:hAnsi="MS Gothic"/>
            </w:rPr>
            <w:t>☐</w:t>
          </w:r>
        </w:sdtContent>
      </w:sdt>
      <w:r>
        <w:t xml:space="preserve"> 3  Pain has restricted my social life and I do not go out very often.</w:t>
      </w:r>
    </w:p>
    <w:p>
      <w:pPr>
        <w:spacing w:after="0"/>
      </w:pPr>
      <w:sdt>
        <w:sdtPr>
          <w:id w:val="503"/>
          <w:tag w:val="Back Index_Social Life_4"/>
          <w:alias w:val="Back Index Social Life 4"/>
          <w14:checkbox>
            <w14:checked w14:val="0"/>
            <w14:checkedState w14:val="2612" w14:font="MS Gothic"/>
            <w14:uncheckedState w14:val="2610" w14:font="MS Gothic"/>
          </w14:checkbox>
        </w:sdtPr>
        <w:sdtContent>
          <w:r>
            <w:rPr>
              <w:color w:val="002E6E"/>
              <w:rFonts w:ascii="MS Gothic" w:hAnsi="MS Gothic"/>
            </w:rPr>
            <w:t>☐</w:t>
          </w:r>
        </w:sdtContent>
      </w:sdt>
      <w:r>
        <w:t xml:space="preserve"> 4  Pain has restricted my social life to my home.</w:t>
      </w:r>
    </w:p>
    <w:p>
      <w:pPr>
        <w:spacing w:after="0"/>
      </w:pPr>
      <w:sdt>
        <w:sdtPr>
          <w:id w:val="504"/>
          <w:tag w:val="Back Index_Social Life_5"/>
          <w:alias w:val="Back Index Social Life 5"/>
          <w14:checkbox>
            <w14:checked w14:val="0"/>
            <w14:checkedState w14:val="2612" w14:font="MS Gothic"/>
            <w14:uncheckedState w14:val="2610" w14:font="MS Gothic"/>
          </w14:checkbox>
        </w:sdtPr>
        <w:sdtContent>
          <w:r>
            <w:rPr>
              <w:color w:val="002E6E"/>
              <w:rFonts w:ascii="MS Gothic" w:hAnsi="MS Gothic"/>
            </w:rPr>
            <w:t>☐</w:t>
          </w:r>
        </w:sdtContent>
      </w:sdt>
      <w:r>
        <w:t xml:space="preserve"> 5  I have hardly any social life because of the pain.</w:t>
      </w:r>
    </w:p>
    <w:p>
      <w:pPr>
        <w:pStyle w:val="Heading2"/>
        <w:spacing w:before="120" w:after="80"/>
      </w:pPr>
      <w:r>
        <w:t>Walking</w:t>
      </w:r>
    </w:p>
    <w:p>
      <w:pPr>
        <w:spacing w:after="0"/>
      </w:pPr>
      <w:sdt>
        <w:sdtPr>
          <w:id w:val="505"/>
          <w:tag w:val="Back Index_Walking_0"/>
          <w:alias w:val="Back Index Walking 0"/>
          <w14:checkbox>
            <w14:checked w14:val="0"/>
            <w14:checkedState w14:val="2612" w14:font="MS Gothic"/>
            <w14:uncheckedState w14:val="2610" w14:font="MS Gothic"/>
          </w14:checkbox>
        </w:sdtPr>
        <w:sdtContent>
          <w:r>
            <w:rPr>
              <w:color w:val="002E6E"/>
              <w:rFonts w:ascii="MS Gothic" w:hAnsi="MS Gothic"/>
            </w:rPr>
            <w:t>☐</w:t>
          </w:r>
        </w:sdtContent>
      </w:sdt>
      <w:r>
        <w:t xml:space="preserve"> 0  I have no pain while walking.</w:t>
      </w:r>
    </w:p>
    <w:p>
      <w:pPr>
        <w:spacing w:after="0"/>
      </w:pPr>
      <w:sdt>
        <w:sdtPr>
          <w:id w:val="506"/>
          <w:tag w:val="Back Index_Walking_1"/>
          <w:alias w:val="Back Index Walking 1"/>
          <w14:checkbox>
            <w14:checked w14:val="0"/>
            <w14:checkedState w14:val="2612" w14:font="MS Gothic"/>
            <w14:uncheckedState w14:val="2610" w14:font="MS Gothic"/>
          </w14:checkbox>
        </w:sdtPr>
        <w:sdtContent>
          <w:r>
            <w:rPr>
              <w:color w:val="002E6E"/>
              <w:rFonts w:ascii="MS Gothic" w:hAnsi="MS Gothic"/>
            </w:rPr>
            <w:t>☐</w:t>
          </w:r>
        </w:sdtContent>
      </w:sdt>
      <w:r>
        <w:t xml:space="preserve"> 1  I have some pain while walking but it doesn’t increase with distance.</w:t>
      </w:r>
    </w:p>
    <w:p>
      <w:pPr>
        <w:spacing w:after="0"/>
      </w:pPr>
      <w:sdt>
        <w:sdtPr>
          <w:id w:val="507"/>
          <w:tag w:val="Back Index_Walking_2"/>
          <w:alias w:val="Back Index Walking 2"/>
          <w14:checkbox>
            <w14:checked w14:val="0"/>
            <w14:checkedState w14:val="2612" w14:font="MS Gothic"/>
            <w14:uncheckedState w14:val="2610" w14:font="MS Gothic"/>
          </w14:checkbox>
        </w:sdtPr>
        <w:sdtContent>
          <w:r>
            <w:rPr>
              <w:color w:val="002E6E"/>
              <w:rFonts w:ascii="MS Gothic" w:hAnsi="MS Gothic"/>
            </w:rPr>
            <w:t>☐</w:t>
          </w:r>
        </w:sdtContent>
      </w:sdt>
      <w:r>
        <w:t xml:space="preserve"> 2  I cannot walk more than 1 mile without increasing pain.</w:t>
      </w:r>
    </w:p>
    <w:p>
      <w:pPr>
        <w:spacing w:after="0"/>
      </w:pPr>
      <w:sdt>
        <w:sdtPr>
          <w:id w:val="508"/>
          <w:tag w:val="Back Index_Walking_3"/>
          <w:alias w:val="Back Index Walking 3"/>
          <w14:checkbox>
            <w14:checked w14:val="0"/>
            <w14:checkedState w14:val="2612" w14:font="MS Gothic"/>
            <w14:uncheckedState w14:val="2610" w14:font="MS Gothic"/>
          </w14:checkbox>
        </w:sdtPr>
        <w:sdtContent>
          <w:r>
            <w:rPr>
              <w:color w:val="002E6E"/>
              <w:rFonts w:ascii="MS Gothic" w:hAnsi="MS Gothic"/>
            </w:rPr>
            <w:t>☐</w:t>
          </w:r>
        </w:sdtContent>
      </w:sdt>
      <w:r>
        <w:t xml:space="preserve"> 3  I cannot walk more than 1/2 mile without increasing pain.</w:t>
      </w:r>
    </w:p>
    <w:p>
      <w:pPr>
        <w:spacing w:after="0"/>
      </w:pPr>
      <w:sdt>
        <w:sdtPr>
          <w:id w:val="509"/>
          <w:tag w:val="Back Index_Walking_4"/>
          <w:alias w:val="Back Index Walking 4"/>
          <w14:checkbox>
            <w14:checked w14:val="0"/>
            <w14:checkedState w14:val="2612" w14:font="MS Gothic"/>
            <w14:uncheckedState w14:val="2610" w14:font="MS Gothic"/>
          </w14:checkbox>
        </w:sdtPr>
        <w:sdtContent>
          <w:r>
            <w:rPr>
              <w:color w:val="002E6E"/>
              <w:rFonts w:ascii="MS Gothic" w:hAnsi="MS Gothic"/>
            </w:rPr>
            <w:t>☐</w:t>
          </w:r>
        </w:sdtContent>
      </w:sdt>
      <w:r>
        <w:t xml:space="preserve"> 4  I cannot walk more than 1/4 mile without increasing pain.</w:t>
      </w:r>
    </w:p>
    <w:p>
      <w:pPr>
        <w:spacing w:after="0"/>
      </w:pPr>
      <w:sdt>
        <w:sdtPr>
          <w:id w:val="510"/>
          <w:tag w:val="Back Index_Walking_5"/>
          <w:alias w:val="Back Index Walking 5"/>
          <w14:checkbox>
            <w14:checked w14:val="0"/>
            <w14:checkedState w14:val="2612" w14:font="MS Gothic"/>
            <w14:uncheckedState w14:val="2610" w14:font="MS Gothic"/>
          </w14:checkbox>
        </w:sdtPr>
        <w:sdtContent>
          <w:r>
            <w:rPr>
              <w:color w:val="002E6E"/>
              <w:rFonts w:ascii="MS Gothic" w:hAnsi="MS Gothic"/>
            </w:rPr>
            <w:t>☐</w:t>
          </w:r>
        </w:sdtContent>
      </w:sdt>
      <w:r>
        <w:t xml:space="preserve"> 5  I cannot walk at all without increasing pain.</w:t>
      </w:r>
    </w:p>
    <w:p>
      <w:pPr>
        <w:pStyle w:val="Heading2"/>
        <w:spacing w:before="120" w:after="80"/>
      </w:pPr>
      <w:r>
        <w:t>Changing degree of pain</w:t>
      </w:r>
    </w:p>
    <w:p>
      <w:pPr>
        <w:spacing w:after="0"/>
      </w:pPr>
      <w:sdt>
        <w:sdtPr>
          <w:id w:val="511"/>
          <w:tag w:val="Back Index_Changing degree of pain_0"/>
          <w:alias w:val="Back Index Changing degree of pain 0"/>
          <w14:checkbox>
            <w14:checked w14:val="0"/>
            <w14:checkedState w14:val="2612" w14:font="MS Gothic"/>
            <w14:uncheckedState w14:val="2610" w14:font="MS Gothic"/>
          </w14:checkbox>
        </w:sdtPr>
        <w:sdtContent>
          <w:r>
            <w:rPr>
              <w:color w:val="002E6E"/>
              <w:rFonts w:ascii="MS Gothic" w:hAnsi="MS Gothic"/>
            </w:rPr>
            <w:t>☐</w:t>
          </w:r>
        </w:sdtContent>
      </w:sdt>
      <w:r>
        <w:t xml:space="preserve"> 0  My pain is rapidly getting better.</w:t>
      </w:r>
    </w:p>
    <w:p>
      <w:pPr>
        <w:spacing w:after="0"/>
      </w:pPr>
      <w:sdt>
        <w:sdtPr>
          <w:id w:val="512"/>
          <w:tag w:val="Back Index_Changing degree of pain_1"/>
          <w:alias w:val="Back Index Changing degree of pain 1"/>
          <w14:checkbox>
            <w14:checked w14:val="0"/>
            <w14:checkedState w14:val="2612" w14:font="MS Gothic"/>
            <w14:uncheckedState w14:val="2610" w14:font="MS Gothic"/>
          </w14:checkbox>
        </w:sdtPr>
        <w:sdtContent>
          <w:r>
            <w:rPr>
              <w:color w:val="002E6E"/>
              <w:rFonts w:ascii="MS Gothic" w:hAnsi="MS Gothic"/>
            </w:rPr>
            <w:t>☐</w:t>
          </w:r>
        </w:sdtContent>
      </w:sdt>
      <w:r>
        <w:t xml:space="preserve"> 1  My pain fluctuates but overall is definitely getting better.</w:t>
      </w:r>
    </w:p>
    <w:p>
      <w:pPr>
        <w:spacing w:after="0"/>
      </w:pPr>
      <w:sdt>
        <w:sdtPr>
          <w:id w:val="513"/>
          <w:tag w:val="Back Index_Changing degree of pain_2"/>
          <w:alias w:val="Back Index Changing degree of pain 2"/>
          <w14:checkbox>
            <w14:checked w14:val="0"/>
            <w14:checkedState w14:val="2612" w14:font="MS Gothic"/>
            <w14:uncheckedState w14:val="2610" w14:font="MS Gothic"/>
          </w14:checkbox>
        </w:sdtPr>
        <w:sdtContent>
          <w:r>
            <w:rPr>
              <w:color w:val="002E6E"/>
              <w:rFonts w:ascii="MS Gothic" w:hAnsi="MS Gothic"/>
            </w:rPr>
            <w:t>☐</w:t>
          </w:r>
        </w:sdtContent>
      </w:sdt>
      <w:r>
        <w:t xml:space="preserve"> 2  My pain seems to be getting better but improvement is slow.</w:t>
      </w:r>
    </w:p>
    <w:p>
      <w:pPr>
        <w:spacing w:after="0"/>
      </w:pPr>
      <w:sdt>
        <w:sdtPr>
          <w:id w:val="514"/>
          <w:tag w:val="Back Index_Changing degree of pain_3"/>
          <w:alias w:val="Back Index Changing degree of pain 3"/>
          <w14:checkbox>
            <w14:checked w14:val="0"/>
            <w14:checkedState w14:val="2612" w14:font="MS Gothic"/>
            <w14:uncheckedState w14:val="2610" w14:font="MS Gothic"/>
          </w14:checkbox>
        </w:sdtPr>
        <w:sdtContent>
          <w:r>
            <w:rPr>
              <w:color w:val="002E6E"/>
              <w:rFonts w:ascii="MS Gothic" w:hAnsi="MS Gothic"/>
            </w:rPr>
            <w:t>☐</w:t>
          </w:r>
        </w:sdtContent>
      </w:sdt>
      <w:r>
        <w:t xml:space="preserve"> 3  My pain is neither getting better or worse.</w:t>
      </w:r>
    </w:p>
    <w:p>
      <w:pPr>
        <w:spacing w:after="0"/>
      </w:pPr>
      <w:sdt>
        <w:sdtPr>
          <w:id w:val="515"/>
          <w:tag w:val="Back Index_Changing degree of pain_4"/>
          <w:alias w:val="Back Index Changing degree of pain 4"/>
          <w14:checkbox>
            <w14:checked w14:val="0"/>
            <w14:checkedState w14:val="2612" w14:font="MS Gothic"/>
            <w14:uncheckedState w14:val="2610" w14:font="MS Gothic"/>
          </w14:checkbox>
        </w:sdtPr>
        <w:sdtContent>
          <w:r>
            <w:rPr>
              <w:color w:val="002E6E"/>
              <w:rFonts w:ascii="MS Gothic" w:hAnsi="MS Gothic"/>
            </w:rPr>
            <w:t>☐</w:t>
          </w:r>
        </w:sdtContent>
      </w:sdt>
      <w:r>
        <w:t xml:space="preserve"> 4  My pain is gradually worsening.</w:t>
      </w:r>
    </w:p>
    <w:p>
      <w:pPr>
        <w:spacing w:after="0"/>
      </w:pPr>
      <w:sdt>
        <w:sdtPr>
          <w:id w:val="516"/>
          <w:tag w:val="Back Index_Changing degree of pain_5"/>
          <w:alias w:val="Back Index Changing degree of pain 5"/>
          <w14:checkbox>
            <w14:checked w14:val="0"/>
            <w14:checkedState w14:val="2612" w14:font="MS Gothic"/>
            <w14:uncheckedState w14:val="2610" w14:font="MS Gothic"/>
          </w14:checkbox>
        </w:sdtPr>
        <w:sdtContent>
          <w:r>
            <w:rPr>
              <w:color w:val="002E6E"/>
              <w:rFonts w:ascii="MS Gothic" w:hAnsi="MS Gothic"/>
            </w:rPr>
            <w:t>☐</w:t>
          </w:r>
        </w:sdtContent>
      </w:sdt>
      <w:r>
        <w:t xml:space="preserve"> 5  My pain is rapidly worsening.</w:t>
      </w:r>
    </w:p>
    <w:p>
      <w:r>
        <w:t>Index Score = [Sum of all statements selected / (# of sections with a statement selected x 5)] x 100</w:t>
      </w:r>
    </w:p>
    <w:p>
      <w:r>
        <w:rPr>
          <w:b/>
        </w:rPr>
        <w:t xml:space="preserve">Back Index Score </w:t>
      </w:r>
      <w:sdt>
        <w:sdtPr>
          <w:id w:val="517"/>
          <w:tag w:val="Back Index Score"/>
          <w:alias w:val="Back Index Score"/>
          <w:text/>
        </w:sdtPr>
        <w:sdtContent>
          <w:r>
            <w:rPr>
              <w:color w:val="002E6E"/>
              <w:rFonts w:ascii="Arial" w:hAnsi="Arial"/>
            </w:rPr>
            <w:t>[Click or tap here to enter text]</w:t>
          </w:r>
        </w:sdtContent>
      </w:sdt>
    </w:p>
    <w:sectPr w:rsidR="00FC693F" w:rsidRPr="0006063C" w:rsidSect="00034616">
      <w:footerReference w:type="default" r:id="rId10"/>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Midlothian Family Chiropractic Center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200"/>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00" w:line="247" w:lineRule="auto"/>
    </w:pPr>
    <w:rPr>
      <w:rFonts w:ascii="Arial" w:hAnsi="Arial"/>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Patient Intake</dc:title>
  <dc:subject>Editable blank patient intake packet</dc:subject>
  <dc:creator>Midlothian Family Chiropractic Center</dc:creator>
  <cp:keywords/>
  <dc:description>generated by python-docx</dc:description>
  <cp:lastModifiedBy/>
  <cp:revision>1</cp:revision>
  <dcterms:created xsi:type="dcterms:W3CDTF">2013-12-23T23:15:00Z</dcterms:created>
  <dcterms:modified xsi:type="dcterms:W3CDTF">2013-12-23T23:15:00Z</dcterms:modified>
  <cp:category/>
</cp:coreProperties>
</file>